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3B01D" w14:textId="0EBC4B27" w:rsidR="00111C5F" w:rsidRPr="00F205F2" w:rsidRDefault="002324EF" w:rsidP="002679D2">
      <w:pPr>
        <w:spacing w:after="0"/>
        <w:rPr>
          <w:rFonts w:ascii="Times New Roman" w:eastAsia="宋体" w:hAnsi="Times New Roman" w:cs="Times New Roman"/>
          <w:b/>
          <w:bCs/>
          <w:sz w:val="28"/>
          <w:szCs w:val="28"/>
          <w:lang w:eastAsia="zh-CN"/>
        </w:rPr>
      </w:pPr>
      <w:r w:rsidRPr="00F205F2">
        <w:rPr>
          <w:rFonts w:ascii="Times New Roman" w:eastAsia="宋体" w:hAnsi="Times New Roman" w:cs="Times New Roman"/>
          <w:b/>
          <w:bCs/>
          <w:sz w:val="28"/>
          <w:szCs w:val="28"/>
          <w:lang w:eastAsia="zh-CN"/>
        </w:rPr>
        <w:t>Ziyue (Michelle) Bai</w:t>
      </w:r>
    </w:p>
    <w:p w14:paraId="2DF51010" w14:textId="6027EF0C" w:rsidR="00450E2E" w:rsidRPr="00737FC4" w:rsidRDefault="002324EF" w:rsidP="002679D2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r w:rsidRPr="00F205F2">
        <w:rPr>
          <w:rFonts w:ascii="Times New Roman" w:hAnsi="Times New Roman" w:cs="Times New Roman"/>
          <w:szCs w:val="20"/>
        </w:rPr>
        <w:t>zymichellebai@gmail.com |</w:t>
      </w:r>
      <w:r w:rsidR="005C27AC" w:rsidRPr="00F205F2">
        <w:rPr>
          <w:rFonts w:ascii="Times New Roman" w:hAnsi="Times New Roman" w:cs="Times New Roman"/>
          <w:szCs w:val="20"/>
        </w:rPr>
        <w:t xml:space="preserve"> </w:t>
      </w:r>
      <w:r w:rsidR="005C27AC" w:rsidRPr="00F205F2">
        <w:rPr>
          <w:rFonts w:ascii="Times New Roman" w:eastAsia="宋体" w:hAnsi="Times New Roman" w:cs="Times New Roman"/>
          <w:szCs w:val="20"/>
          <w:lang w:eastAsia="zh-CN"/>
        </w:rPr>
        <w:t>Durham, NC</w:t>
      </w:r>
      <w:r w:rsidR="005640C5">
        <w:rPr>
          <w:rFonts w:ascii="Times New Roman" w:eastAsia="宋体" w:hAnsi="Times New Roman" w:cs="Times New Roman" w:hint="eastAsia"/>
          <w:szCs w:val="20"/>
          <w:lang w:eastAsia="zh-CN"/>
        </w:rPr>
        <w:t xml:space="preserve"> | </w:t>
      </w:r>
      <w:hyperlink r:id="rId8" w:history="1">
        <w:r w:rsidR="00737FC4" w:rsidRPr="00737FC4">
          <w:rPr>
            <w:rStyle w:val="affe"/>
            <w:rFonts w:ascii="Times New Roman" w:eastAsia="宋体" w:hAnsi="Times New Roman" w:cs="Times New Roman"/>
            <w:szCs w:val="20"/>
            <w:lang w:eastAsia="zh-CN"/>
          </w:rPr>
          <w:t>designbaimichelle.com/</w:t>
        </w:r>
      </w:hyperlink>
      <w:r w:rsidR="00737FC4">
        <w:rPr>
          <w:rFonts w:ascii="Times New Roman" w:eastAsia="宋体" w:hAnsi="Times New Roman" w:cs="Times New Roman" w:hint="eastAsia"/>
          <w:szCs w:val="20"/>
          <w:lang w:eastAsia="zh-CN"/>
        </w:rPr>
        <w:t xml:space="preserve"> | </w:t>
      </w:r>
      <w:hyperlink r:id="rId9" w:history="1">
        <w:r w:rsidR="00737FC4" w:rsidRPr="00D24B40">
          <w:rPr>
            <w:rStyle w:val="affe"/>
            <w:rFonts w:ascii="Times New Roman" w:eastAsia="宋体" w:hAnsi="Times New Roman" w:cs="Times New Roman"/>
            <w:szCs w:val="20"/>
            <w:lang w:eastAsia="zh-CN"/>
          </w:rPr>
          <w:t>www.linkedin.com/in/zi-yue-bai-281004184/</w:t>
        </w:r>
      </w:hyperlink>
    </w:p>
    <w:p w14:paraId="7DCB7927" w14:textId="476A8435" w:rsidR="003B344E" w:rsidRDefault="004D248C" w:rsidP="002679D2">
      <w:pPr>
        <w:spacing w:after="0"/>
        <w:rPr>
          <w:rFonts w:ascii="Times New Roman" w:eastAsia="宋体" w:hAnsi="Times New Roman" w:cs="Times New Roman"/>
          <w:b/>
          <w:bCs/>
          <w:szCs w:val="20"/>
          <w:lang w:eastAsia="zh-CN"/>
        </w:rPr>
      </w:pPr>
      <w:r w:rsidRPr="004D248C">
        <w:rPr>
          <w:rFonts w:ascii="Times New Roman" w:eastAsia="宋体" w:hAnsi="Times New Roman" w:cs="Times New Roman"/>
          <w:b/>
          <w:bCs/>
          <w:szCs w:val="20"/>
          <w:lang w:eastAsia="zh-CN"/>
        </w:rPr>
        <w:t>Product designer with experience in</w:t>
      </w:r>
      <w:r w:rsidR="00777237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UX research,</w:t>
      </w:r>
      <w:r w:rsidRPr="004D248C">
        <w:rPr>
          <w:rFonts w:ascii="Times New Roman" w:eastAsia="宋体" w:hAnsi="Times New Roman" w:cs="Times New Roman"/>
          <w:b/>
          <w:bCs/>
          <w:szCs w:val="20"/>
          <w:lang w:eastAsia="zh-CN"/>
        </w:rPr>
        <w:t xml:space="preserve"> concept exploration,</w:t>
      </w:r>
      <w:r w:rsidR="002D55B9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</w:t>
      </w:r>
      <w:r w:rsidRPr="004D248C">
        <w:rPr>
          <w:rFonts w:ascii="Times New Roman" w:eastAsia="宋体" w:hAnsi="Times New Roman" w:cs="Times New Roman"/>
          <w:b/>
          <w:bCs/>
          <w:szCs w:val="20"/>
          <w:lang w:eastAsia="zh-CN"/>
        </w:rPr>
        <w:t>cross-functional collaboration</w:t>
      </w:r>
      <w:r w:rsidR="002D55B9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, </w:t>
      </w:r>
      <w:proofErr w:type="gramStart"/>
      <w:r w:rsidR="002D55B9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and </w:t>
      </w:r>
      <w:r w:rsidR="002D55B9" w:rsidRPr="004D248C">
        <w:rPr>
          <w:rFonts w:ascii="Times New Roman" w:eastAsia="宋体" w:hAnsi="Times New Roman" w:cs="Times New Roman"/>
          <w:b/>
          <w:bCs/>
          <w:szCs w:val="20"/>
          <w:lang w:eastAsia="zh-CN"/>
        </w:rPr>
        <w:t xml:space="preserve"> 3</w:t>
      </w:r>
      <w:proofErr w:type="gramEnd"/>
      <w:r w:rsidR="002D55B9" w:rsidRPr="004D248C">
        <w:rPr>
          <w:rFonts w:ascii="Times New Roman" w:eastAsia="宋体" w:hAnsi="Times New Roman" w:cs="Times New Roman"/>
          <w:b/>
          <w:bCs/>
          <w:szCs w:val="20"/>
          <w:lang w:eastAsia="zh-CN"/>
        </w:rPr>
        <w:t>D modeling</w:t>
      </w:r>
      <w:r w:rsidR="00777237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, skilled at turning qualitative research into</w:t>
      </w:r>
      <w:r w:rsidRPr="004D248C">
        <w:rPr>
          <w:rFonts w:ascii="Times New Roman" w:eastAsia="宋体" w:hAnsi="Times New Roman" w:cs="Times New Roman"/>
          <w:b/>
          <w:bCs/>
          <w:szCs w:val="20"/>
          <w:lang w:eastAsia="zh-CN"/>
        </w:rPr>
        <w:t xml:space="preserve"> seamless </w:t>
      </w:r>
      <w:r w:rsidR="00777237" w:rsidRPr="004D248C">
        <w:rPr>
          <w:rFonts w:ascii="Times New Roman" w:eastAsia="宋体" w:hAnsi="Times New Roman" w:cs="Times New Roman"/>
          <w:b/>
          <w:bCs/>
          <w:szCs w:val="20"/>
          <w:lang w:eastAsia="zh-CN"/>
        </w:rPr>
        <w:t>insight-d</w:t>
      </w:r>
      <w:r w:rsidR="00777237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riven</w:t>
      </w:r>
      <w:r w:rsidR="00777237" w:rsidRPr="004D248C">
        <w:rPr>
          <w:rFonts w:ascii="Times New Roman" w:eastAsia="宋体" w:hAnsi="Times New Roman" w:cs="Times New Roman"/>
          <w:b/>
          <w:bCs/>
          <w:szCs w:val="20"/>
          <w:lang w:eastAsia="zh-CN"/>
        </w:rPr>
        <w:t xml:space="preserve"> </w:t>
      </w:r>
      <w:r w:rsidR="00777237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product </w:t>
      </w:r>
      <w:r w:rsidRPr="004D248C">
        <w:rPr>
          <w:rFonts w:ascii="Times New Roman" w:eastAsia="宋体" w:hAnsi="Times New Roman" w:cs="Times New Roman"/>
          <w:b/>
          <w:bCs/>
          <w:szCs w:val="20"/>
          <w:lang w:eastAsia="zh-CN"/>
        </w:rPr>
        <w:t>design solution</w:t>
      </w:r>
      <w:r w:rsidR="00777237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s</w:t>
      </w:r>
      <w:r w:rsidRPr="004D248C">
        <w:rPr>
          <w:rFonts w:ascii="Times New Roman" w:eastAsia="宋体" w:hAnsi="Times New Roman" w:cs="Times New Roman"/>
          <w:b/>
          <w:bCs/>
          <w:szCs w:val="20"/>
          <w:lang w:eastAsia="zh-CN"/>
        </w:rPr>
        <w:t>.</w:t>
      </w:r>
    </w:p>
    <w:p w14:paraId="5F243CF8" w14:textId="77777777" w:rsidR="004D248C" w:rsidRPr="00450E2E" w:rsidRDefault="004D248C" w:rsidP="002679D2">
      <w:pPr>
        <w:spacing w:after="0"/>
        <w:rPr>
          <w:rFonts w:ascii="Times New Roman" w:eastAsia="宋体" w:hAnsi="Times New Roman" w:cs="Times New Roman"/>
          <w:b/>
          <w:sz w:val="24"/>
          <w:szCs w:val="24"/>
          <w:lang w:eastAsia="zh-CN"/>
        </w:rPr>
      </w:pPr>
    </w:p>
    <w:p w14:paraId="3FEF0DC1" w14:textId="1B539245" w:rsidR="00147D9E" w:rsidRPr="00F205F2" w:rsidRDefault="00000000" w:rsidP="002679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05F2"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197BD08D" w14:textId="3825F4AA" w:rsidR="003F19DE" w:rsidRPr="00F205F2" w:rsidRDefault="00404E1E" w:rsidP="00111C5F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r w:rsidRPr="00F205F2">
        <w:rPr>
          <w:rFonts w:ascii="Times New Roman" w:hAnsi="Times New Roman" w:cs="Times New Roman"/>
          <w:b/>
          <w:bCs/>
          <w:szCs w:val="20"/>
        </w:rPr>
        <w:t xml:space="preserve">Duke University, </w:t>
      </w:r>
      <w:r w:rsidR="00450E2E" w:rsidRPr="00F205F2">
        <w:rPr>
          <w:rFonts w:ascii="Times New Roman" w:hAnsi="Times New Roman" w:cs="Times New Roman"/>
          <w:b/>
          <w:bCs/>
          <w:szCs w:val="20"/>
        </w:rPr>
        <w:t xml:space="preserve">Pratt </w:t>
      </w:r>
      <w:r w:rsidRPr="00F205F2">
        <w:rPr>
          <w:rFonts w:ascii="Times New Roman" w:hAnsi="Times New Roman" w:cs="Times New Roman"/>
          <w:b/>
          <w:bCs/>
          <w:szCs w:val="20"/>
        </w:rPr>
        <w:t>School of Engineering</w:t>
      </w:r>
      <w:r w:rsidR="00D66DB5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| </w:t>
      </w:r>
      <w:r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>Durham, NC, USA</w:t>
      </w:r>
      <w:r w:rsidR="00D66DB5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       </w:t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            </w:t>
      </w:r>
      <w:r w:rsidR="00D66DB5" w:rsidRPr="00F205F2">
        <w:rPr>
          <w:rFonts w:ascii="Times New Roman" w:eastAsia="宋体" w:hAnsi="Times New Roman" w:cs="Times New Roman"/>
          <w:szCs w:val="20"/>
          <w:lang w:eastAsia="zh-CN"/>
        </w:rPr>
        <w:t xml:space="preserve">Aug 2025 – </w:t>
      </w:r>
      <w:r w:rsidR="00062512">
        <w:rPr>
          <w:rFonts w:ascii="Times New Roman" w:eastAsia="宋体" w:hAnsi="Times New Roman" w:cs="Times New Roman" w:hint="eastAsia"/>
          <w:szCs w:val="20"/>
          <w:lang w:eastAsia="zh-CN"/>
        </w:rPr>
        <w:t xml:space="preserve">May </w:t>
      </w:r>
      <w:r w:rsidR="00D66DB5">
        <w:rPr>
          <w:rFonts w:ascii="Times New Roman" w:eastAsia="宋体" w:hAnsi="Times New Roman" w:cs="Times New Roman" w:hint="eastAsia"/>
          <w:szCs w:val="20"/>
          <w:lang w:eastAsia="zh-CN"/>
        </w:rPr>
        <w:t>202</w:t>
      </w:r>
      <w:r w:rsidR="00062512">
        <w:rPr>
          <w:rFonts w:ascii="Times New Roman" w:eastAsia="宋体" w:hAnsi="Times New Roman" w:cs="Times New Roman" w:hint="eastAsia"/>
          <w:szCs w:val="20"/>
          <w:lang w:eastAsia="zh-CN"/>
        </w:rPr>
        <w:t>7</w:t>
      </w:r>
    </w:p>
    <w:p w14:paraId="34462903" w14:textId="4981EABE" w:rsidR="003F19DE" w:rsidRPr="00F205F2" w:rsidRDefault="00404E1E" w:rsidP="007720CE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bookmarkStart w:id="0" w:name="OLE_LINK3"/>
      <w:r w:rsidRPr="00F205F2">
        <w:rPr>
          <w:rFonts w:ascii="Times New Roman" w:hAnsi="Times New Roman" w:cs="Times New Roman"/>
          <w:szCs w:val="20"/>
        </w:rPr>
        <w:t>Master of Engineering in Design &amp; Technology Innovation</w:t>
      </w:r>
      <w:bookmarkEnd w:id="0"/>
      <w:r w:rsidR="00111C5F" w:rsidRPr="00F205F2">
        <w:rPr>
          <w:rFonts w:ascii="Times New Roman" w:hAnsi="Times New Roman" w:cs="Times New Roman"/>
          <w:szCs w:val="20"/>
        </w:rPr>
        <w:t xml:space="preserve"> </w:t>
      </w:r>
      <w:r w:rsidR="00140875">
        <w:rPr>
          <w:rFonts w:ascii="Times New Roman" w:eastAsia="宋体" w:hAnsi="Times New Roman" w:cs="Times New Roman" w:hint="eastAsia"/>
          <w:szCs w:val="20"/>
          <w:lang w:eastAsia="zh-CN"/>
        </w:rPr>
        <w:t>| GPA: 3.</w:t>
      </w:r>
      <w:r w:rsidR="00DC2944">
        <w:rPr>
          <w:rFonts w:ascii="Times New Roman" w:eastAsia="宋体" w:hAnsi="Times New Roman" w:cs="Times New Roman" w:hint="eastAsia"/>
          <w:szCs w:val="20"/>
          <w:lang w:eastAsia="zh-CN"/>
        </w:rPr>
        <w:t>86</w:t>
      </w:r>
      <w:r w:rsidR="002679D2" w:rsidRPr="00F205F2">
        <w:rPr>
          <w:rFonts w:ascii="Times New Roman" w:hAnsi="Times New Roman" w:cs="Times New Roman"/>
          <w:szCs w:val="20"/>
        </w:rPr>
        <w:t xml:space="preserve"> </w:t>
      </w:r>
    </w:p>
    <w:p w14:paraId="0E2C92D7" w14:textId="77777777" w:rsidR="003F19DE" w:rsidRPr="00F205F2" w:rsidRDefault="003F19DE" w:rsidP="00111C5F">
      <w:pPr>
        <w:spacing w:after="0"/>
        <w:rPr>
          <w:rFonts w:ascii="Times New Roman" w:hAnsi="Times New Roman" w:cs="Times New Roman"/>
          <w:szCs w:val="20"/>
        </w:rPr>
      </w:pPr>
    </w:p>
    <w:p w14:paraId="2EC99557" w14:textId="042E2656" w:rsidR="003F19DE" w:rsidRPr="00F205F2" w:rsidRDefault="00404E1E" w:rsidP="003F19DE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r w:rsidRPr="00F205F2">
        <w:rPr>
          <w:rFonts w:ascii="Times New Roman" w:hAnsi="Times New Roman" w:cs="Times New Roman"/>
          <w:b/>
          <w:bCs/>
          <w:szCs w:val="20"/>
        </w:rPr>
        <w:t>ArtCenter College of Design</w:t>
      </w:r>
      <w:r w:rsidR="00D66DB5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| </w:t>
      </w:r>
      <w:r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>Pasadena, CA, USA</w:t>
      </w:r>
      <w:r w:rsidR="00D66DB5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</w:t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/>
          <w:b/>
          <w:bCs/>
          <w:szCs w:val="20"/>
          <w:lang w:eastAsia="zh-CN"/>
        </w:rPr>
        <w:tab/>
      </w:r>
      <w:r w:rsidR="00D66DB5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              </w:t>
      </w:r>
      <w:r w:rsidR="00D66DB5" w:rsidRPr="00F205F2">
        <w:rPr>
          <w:rFonts w:ascii="Times New Roman" w:eastAsia="宋体" w:hAnsi="Times New Roman" w:cs="Times New Roman"/>
          <w:szCs w:val="20"/>
          <w:lang w:eastAsia="zh-CN"/>
        </w:rPr>
        <w:t>Jan 2020 – Aug 2023</w:t>
      </w:r>
    </w:p>
    <w:p w14:paraId="1E6F4C29" w14:textId="12AAF27F" w:rsidR="003F19DE" w:rsidRPr="00D66DB5" w:rsidRDefault="00404E1E" w:rsidP="00111C5F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r w:rsidRPr="00140875">
        <w:rPr>
          <w:rFonts w:ascii="Times New Roman" w:hAnsi="Times New Roman" w:cs="Times New Roman"/>
          <w:szCs w:val="20"/>
        </w:rPr>
        <w:t>Bachelor of Science in Product Design with honors, minored in Material Science | GPA: 3.64</w:t>
      </w:r>
    </w:p>
    <w:p w14:paraId="5416DC80" w14:textId="77777777" w:rsidR="00AF0C8B" w:rsidRPr="00A84A37" w:rsidRDefault="00AF0C8B" w:rsidP="002679D2">
      <w:pPr>
        <w:spacing w:after="0"/>
        <w:rPr>
          <w:rFonts w:ascii="Times New Roman" w:eastAsia="宋体" w:hAnsi="Times New Roman" w:cs="Times New Roman"/>
          <w:b/>
          <w:sz w:val="24"/>
          <w:szCs w:val="24"/>
          <w:lang w:eastAsia="zh-CN"/>
        </w:rPr>
      </w:pPr>
    </w:p>
    <w:p w14:paraId="674BF1B2" w14:textId="521527B4" w:rsidR="0045736D" w:rsidRDefault="00F63573" w:rsidP="00111C5F">
      <w:pPr>
        <w:spacing w:after="0"/>
        <w:rPr>
          <w:rFonts w:ascii="Times New Roman" w:eastAsia="宋体" w:hAnsi="Times New Roman" w:cs="Times New Roman"/>
          <w:b/>
          <w:sz w:val="24"/>
          <w:szCs w:val="24"/>
          <w:lang w:eastAsia="zh-CN"/>
        </w:rPr>
      </w:pPr>
      <w:r w:rsidRPr="00F205F2">
        <w:rPr>
          <w:rFonts w:ascii="Times New Roman" w:hAnsi="Times New Roman" w:cs="Times New Roman"/>
          <w:b/>
          <w:sz w:val="24"/>
          <w:szCs w:val="24"/>
        </w:rPr>
        <w:t>EXPERIENCE</w:t>
      </w:r>
    </w:p>
    <w:p w14:paraId="01088DDA" w14:textId="1BDA318A" w:rsidR="00BC265F" w:rsidRPr="00F205F2" w:rsidRDefault="00327BEA" w:rsidP="00BC265F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bookmarkStart w:id="1" w:name="OLE_LINK12"/>
      <w:r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Stone Canyon</w:t>
      </w:r>
      <w:bookmarkEnd w:id="1"/>
      <w:r w:rsidR="00BC265F" w:rsidRPr="00F205F2">
        <w:rPr>
          <w:rFonts w:ascii="Times New Roman" w:hAnsi="Times New Roman" w:cs="Times New Roman"/>
          <w:b/>
          <w:bCs/>
          <w:szCs w:val="20"/>
        </w:rPr>
        <w:t xml:space="preserve"> </w:t>
      </w:r>
      <w:r w:rsidR="00A84A37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AI </w:t>
      </w:r>
      <w:r w:rsidR="00BC265F" w:rsidRPr="00F205F2">
        <w:rPr>
          <w:rFonts w:ascii="Times New Roman" w:hAnsi="Times New Roman" w:cs="Times New Roman"/>
          <w:b/>
          <w:bCs/>
          <w:szCs w:val="20"/>
        </w:rPr>
        <w:t xml:space="preserve">| </w:t>
      </w:r>
      <w:r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Remote</w:t>
      </w:r>
      <w:r w:rsidR="00BC265F"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 xml:space="preserve">, </w:t>
      </w:r>
      <w:r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USA</w:t>
      </w:r>
      <w:r w:rsidR="00BC265F" w:rsidRPr="00F205F2">
        <w:rPr>
          <w:rFonts w:ascii="Times New Roman" w:hAnsi="Times New Roman" w:cs="Times New Roman"/>
          <w:szCs w:val="20"/>
        </w:rPr>
        <w:tab/>
      </w:r>
      <w:r w:rsidR="00BC265F" w:rsidRPr="00F205F2">
        <w:rPr>
          <w:rFonts w:ascii="Times New Roman" w:hAnsi="Times New Roman" w:cs="Times New Roman"/>
          <w:szCs w:val="20"/>
        </w:rPr>
        <w:tab/>
      </w:r>
      <w:r w:rsidR="00BC265F" w:rsidRPr="00F205F2">
        <w:rPr>
          <w:rFonts w:ascii="Times New Roman" w:hAnsi="Times New Roman" w:cs="Times New Roman"/>
          <w:szCs w:val="20"/>
        </w:rPr>
        <w:tab/>
        <w:t xml:space="preserve">     </w:t>
      </w:r>
      <w:r w:rsidR="00BC265F" w:rsidRPr="00F205F2">
        <w:rPr>
          <w:rFonts w:ascii="Times New Roman" w:hAnsi="Times New Roman" w:cs="Times New Roman"/>
          <w:szCs w:val="20"/>
        </w:rPr>
        <w:tab/>
        <w:t xml:space="preserve">    </w:t>
      </w:r>
      <w:r w:rsidR="00BC265F" w:rsidRPr="00F205F2">
        <w:rPr>
          <w:rFonts w:ascii="Times New Roman" w:hAnsi="Times New Roman" w:cs="Times New Roman"/>
          <w:szCs w:val="20"/>
        </w:rPr>
        <w:tab/>
        <w:t xml:space="preserve">     </w:t>
      </w:r>
      <w:r w:rsidR="00BC265F" w:rsidRPr="00F205F2">
        <w:rPr>
          <w:rFonts w:ascii="Times New Roman" w:hAnsi="Times New Roman" w:cs="Times New Roman"/>
          <w:szCs w:val="20"/>
        </w:rPr>
        <w:tab/>
        <w:t xml:space="preserve">            </w:t>
      </w:r>
      <w:r w:rsidR="00BC265F" w:rsidRPr="00F205F2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   </w:t>
      </w:r>
      <w:r w:rsidR="00BC265F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             </w:t>
      </w:r>
      <w:r w:rsidR="00BC265F" w:rsidRPr="00F205F2">
        <w:rPr>
          <w:rFonts w:ascii="Times New Roman" w:eastAsia="宋体" w:hAnsi="Times New Roman" w:cs="Times New Roman" w:hint="eastAsia"/>
          <w:szCs w:val="20"/>
          <w:lang w:eastAsia="zh-CN"/>
        </w:rPr>
        <w:t xml:space="preserve">   </w:t>
      </w:r>
      <w:r w:rsidR="00226DA2">
        <w:rPr>
          <w:rFonts w:ascii="Times New Roman" w:eastAsia="宋体" w:hAnsi="Times New Roman" w:cs="Times New Roman" w:hint="eastAsia"/>
          <w:szCs w:val="20"/>
          <w:lang w:eastAsia="zh-CN"/>
        </w:rPr>
        <w:t xml:space="preserve">   </w:t>
      </w:r>
      <w:r w:rsidR="00BC265F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</w:t>
      </w:r>
      <w:r w:rsidR="00BC265F" w:rsidRPr="00F205F2">
        <w:rPr>
          <w:rFonts w:ascii="Times New Roman" w:hAnsi="Times New Roman" w:cs="Times New Roman"/>
          <w:szCs w:val="20"/>
        </w:rPr>
        <w:t xml:space="preserve">    </w:t>
      </w:r>
      <w:r w:rsidR="00BC265F" w:rsidRPr="00F205F2">
        <w:rPr>
          <w:rFonts w:ascii="Times New Roman" w:eastAsia="宋体" w:hAnsi="Times New Roman" w:cs="Times New Roman"/>
          <w:szCs w:val="20"/>
          <w:lang w:eastAsia="zh-CN"/>
        </w:rPr>
        <w:t>May 202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>6</w:t>
      </w:r>
      <w:r w:rsidR="00BC265F" w:rsidRPr="00F205F2">
        <w:rPr>
          <w:rFonts w:ascii="Times New Roman" w:eastAsia="宋体" w:hAnsi="Times New Roman" w:cs="Times New Roman"/>
          <w:szCs w:val="20"/>
          <w:lang w:eastAsia="zh-CN"/>
        </w:rPr>
        <w:t xml:space="preserve"> – </w:t>
      </w:r>
      <w:bookmarkStart w:id="2" w:name="OLE_LINK9"/>
      <w:r>
        <w:rPr>
          <w:rFonts w:ascii="Times New Roman" w:eastAsia="宋体" w:hAnsi="Times New Roman" w:cs="Times New Roman" w:hint="eastAsia"/>
          <w:szCs w:val="20"/>
          <w:lang w:eastAsia="zh-CN"/>
        </w:rPr>
        <w:t>Present</w:t>
      </w:r>
      <w:bookmarkEnd w:id="2"/>
    </w:p>
    <w:p w14:paraId="403691D4" w14:textId="56DA3269" w:rsidR="00BC265F" w:rsidRPr="00327BEA" w:rsidRDefault="00327BEA" w:rsidP="00BC265F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r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Product Design &amp; UX Research Intern</w:t>
      </w:r>
    </w:p>
    <w:p w14:paraId="3006B87E" w14:textId="580DA846" w:rsidR="00215CB4" w:rsidRPr="002F4078" w:rsidRDefault="00215CB4" w:rsidP="00215CB4">
      <w:pPr>
        <w:numPr>
          <w:ilvl w:val="0"/>
          <w:numId w:val="1"/>
        </w:numPr>
        <w:tabs>
          <w:tab w:val="clear" w:pos="360"/>
          <w:tab w:val="num" w:pos="164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Cs w:val="20"/>
          <w:lang w:eastAsia="zh-CN"/>
        </w:rPr>
        <w:t>Analyzed competitor construction and lead-generation platforms, compiling pros-and-cons analyses and insight deck to guide strategy</w:t>
      </w:r>
      <w:r w:rsidR="002F4078">
        <w:rPr>
          <w:rFonts w:ascii="Times New Roman" w:eastAsia="宋体" w:hAnsi="Times New Roman" w:cs="Times New Roman" w:hint="eastAsia"/>
          <w:szCs w:val="20"/>
          <w:lang w:eastAsia="zh-CN"/>
        </w:rPr>
        <w:t xml:space="preserve">, then designed mockups </w:t>
      </w:r>
      <w:r w:rsidR="002F4078">
        <w:rPr>
          <w:rFonts w:ascii="Times New Roman" w:eastAsia="宋体" w:hAnsi="Times New Roman" w:cs="Times New Roman"/>
          <w:szCs w:val="20"/>
          <w:lang w:eastAsia="zh-CN"/>
        </w:rPr>
        <w:t>iterating</w:t>
      </w:r>
      <w:r w:rsidR="002F4078">
        <w:rPr>
          <w:rFonts w:ascii="Times New Roman" w:eastAsia="宋体" w:hAnsi="Times New Roman" w:cs="Times New Roman" w:hint="eastAsia"/>
          <w:szCs w:val="20"/>
          <w:lang w:eastAsia="zh-CN"/>
        </w:rPr>
        <w:t xml:space="preserve"> toward a unified design system.</w:t>
      </w:r>
    </w:p>
    <w:p w14:paraId="5139A137" w14:textId="090D3C80" w:rsidR="002F4078" w:rsidRPr="00215CB4" w:rsidRDefault="002F4078" w:rsidP="00215CB4">
      <w:pPr>
        <w:numPr>
          <w:ilvl w:val="0"/>
          <w:numId w:val="1"/>
        </w:numPr>
        <w:tabs>
          <w:tab w:val="clear" w:pos="360"/>
          <w:tab w:val="num" w:pos="164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Presented competitive insights, site audit, and mockups to the CEO and design lead; turned feedback into improvement </w:t>
      </w:r>
      <w:r>
        <w:rPr>
          <w:rFonts w:ascii="Times New Roman" w:eastAsia="宋体" w:hAnsi="Times New Roman" w:cs="Times New Roman"/>
          <w:szCs w:val="20"/>
          <w:lang w:eastAsia="zh-CN"/>
        </w:rPr>
        <w:t>roadmap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>.</w:t>
      </w:r>
    </w:p>
    <w:p w14:paraId="38D63AA1" w14:textId="77777777" w:rsidR="00215CB4" w:rsidRPr="00F205F2" w:rsidRDefault="00215CB4" w:rsidP="00215CB4">
      <w:pPr>
        <w:spacing w:after="0"/>
        <w:rPr>
          <w:rFonts w:ascii="Times New Roman" w:hAnsi="Times New Roman" w:cs="Times New Roman"/>
          <w:szCs w:val="20"/>
        </w:rPr>
      </w:pPr>
    </w:p>
    <w:p w14:paraId="051461C6" w14:textId="01830142" w:rsidR="00BC265F" w:rsidRPr="00F205F2" w:rsidRDefault="002F4078" w:rsidP="00BC265F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bookmarkStart w:id="3" w:name="OLE_LINK11"/>
      <w:r w:rsidRPr="002F4078">
        <w:rPr>
          <w:rFonts w:ascii="Times New Roman" w:eastAsia="宋体" w:hAnsi="Times New Roman" w:cs="Times New Roman"/>
          <w:b/>
          <w:bCs/>
          <w:szCs w:val="20"/>
          <w:lang w:eastAsia="zh-CN"/>
        </w:rPr>
        <w:t xml:space="preserve">Hope Information System </w:t>
      </w:r>
      <w:proofErr w:type="spellStart"/>
      <w:proofErr w:type="gramStart"/>
      <w:r w:rsidRPr="002F4078">
        <w:rPr>
          <w:rFonts w:ascii="Times New Roman" w:eastAsia="宋体" w:hAnsi="Times New Roman" w:cs="Times New Roman"/>
          <w:b/>
          <w:bCs/>
          <w:szCs w:val="20"/>
          <w:lang w:eastAsia="zh-CN"/>
        </w:rPr>
        <w:t>Co.,Ltd</w:t>
      </w:r>
      <w:proofErr w:type="spellEnd"/>
      <w:r w:rsidRPr="002F4078">
        <w:rPr>
          <w:rFonts w:ascii="Times New Roman" w:eastAsia="宋体" w:hAnsi="Times New Roman" w:cs="Times New Roman"/>
          <w:b/>
          <w:bCs/>
          <w:szCs w:val="20"/>
          <w:lang w:eastAsia="zh-CN"/>
        </w:rPr>
        <w:t>.</w:t>
      </w:r>
      <w:bookmarkEnd w:id="3"/>
      <w:proofErr w:type="gramEnd"/>
      <w:r w:rsidR="00A654EA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(listed </w:t>
      </w:r>
      <w:r w:rsidR="00A654EA">
        <w:rPr>
          <w:rFonts w:ascii="Times New Roman" w:eastAsia="宋体" w:hAnsi="Times New Roman" w:cs="Times New Roman"/>
          <w:b/>
          <w:bCs/>
          <w:szCs w:val="20"/>
          <w:lang w:eastAsia="zh-CN"/>
        </w:rPr>
        <w:t>company</w:t>
      </w:r>
      <w:r w:rsidR="00A654EA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)</w:t>
      </w:r>
      <w:r w:rsidR="00BC265F" w:rsidRPr="00F205F2">
        <w:rPr>
          <w:rFonts w:ascii="Times New Roman" w:hAnsi="Times New Roman" w:cs="Times New Roman"/>
          <w:b/>
          <w:bCs/>
          <w:szCs w:val="20"/>
        </w:rPr>
        <w:t xml:space="preserve"> | </w:t>
      </w:r>
      <w:r w:rsidR="00BC265F"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>Shanghai, China</w:t>
      </w:r>
      <w:r w:rsidR="00BC265F" w:rsidRPr="00F205F2">
        <w:rPr>
          <w:rFonts w:ascii="Times New Roman" w:hAnsi="Times New Roman" w:cs="Times New Roman"/>
          <w:szCs w:val="20"/>
        </w:rPr>
        <w:t xml:space="preserve"> </w:t>
      </w:r>
      <w:r w:rsidR="00BC265F" w:rsidRPr="00F205F2">
        <w:rPr>
          <w:rFonts w:ascii="Times New Roman" w:hAnsi="Times New Roman" w:cs="Times New Roman"/>
          <w:szCs w:val="20"/>
        </w:rPr>
        <w:tab/>
        <w:t xml:space="preserve">            </w:t>
      </w:r>
      <w:r w:rsidR="00BC265F" w:rsidRPr="00F205F2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   </w:t>
      </w:r>
      <w:r w:rsidR="00BC265F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             </w:t>
      </w:r>
      <w:r w:rsidR="00BC265F" w:rsidRPr="00F205F2">
        <w:rPr>
          <w:rFonts w:ascii="Times New Roman" w:eastAsia="宋体" w:hAnsi="Times New Roman" w:cs="Times New Roman" w:hint="eastAsia"/>
          <w:szCs w:val="20"/>
          <w:lang w:eastAsia="zh-CN"/>
        </w:rPr>
        <w:t xml:space="preserve">   </w:t>
      </w:r>
      <w:r w:rsidR="00BC265F">
        <w:rPr>
          <w:rFonts w:ascii="Times New Roman" w:eastAsia="宋体" w:hAnsi="Times New Roman" w:cs="Times New Roman" w:hint="eastAsia"/>
          <w:szCs w:val="20"/>
          <w:lang w:eastAsia="zh-CN"/>
        </w:rPr>
        <w:t xml:space="preserve">  </w:t>
      </w:r>
      <w:r w:rsidR="00226DA2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</w:t>
      </w:r>
      <w:r w:rsidR="00BC265F">
        <w:rPr>
          <w:rFonts w:ascii="Times New Roman" w:eastAsia="宋体" w:hAnsi="Times New Roman" w:cs="Times New Roman" w:hint="eastAsia"/>
          <w:szCs w:val="20"/>
          <w:lang w:eastAsia="zh-CN"/>
        </w:rPr>
        <w:t xml:space="preserve">  </w:t>
      </w:r>
      <w:r w:rsidR="00BC265F" w:rsidRPr="00F205F2">
        <w:rPr>
          <w:rFonts w:ascii="Times New Roman" w:hAnsi="Times New Roman" w:cs="Times New Roman"/>
          <w:szCs w:val="20"/>
        </w:rPr>
        <w:t xml:space="preserve">    </w:t>
      </w:r>
      <w:r w:rsidR="006A2BF0">
        <w:rPr>
          <w:rFonts w:ascii="Times New Roman" w:eastAsia="宋体" w:hAnsi="Times New Roman" w:cs="Times New Roman" w:hint="eastAsia"/>
          <w:szCs w:val="20"/>
          <w:lang w:eastAsia="zh-CN"/>
        </w:rPr>
        <w:t>May</w:t>
      </w:r>
      <w:r w:rsidR="00BC265F" w:rsidRPr="00F205F2">
        <w:rPr>
          <w:rFonts w:ascii="Times New Roman" w:eastAsia="宋体" w:hAnsi="Times New Roman" w:cs="Times New Roman"/>
          <w:szCs w:val="20"/>
          <w:lang w:eastAsia="zh-CN"/>
        </w:rPr>
        <w:t xml:space="preserve"> 202</w:t>
      </w:r>
      <w:r w:rsidR="00327BEA">
        <w:rPr>
          <w:rFonts w:ascii="Times New Roman" w:eastAsia="宋体" w:hAnsi="Times New Roman" w:cs="Times New Roman" w:hint="eastAsia"/>
          <w:szCs w:val="20"/>
          <w:lang w:eastAsia="zh-CN"/>
        </w:rPr>
        <w:t>6</w:t>
      </w:r>
      <w:r w:rsidR="00BC265F" w:rsidRPr="00F205F2">
        <w:rPr>
          <w:rFonts w:ascii="Times New Roman" w:eastAsia="宋体" w:hAnsi="Times New Roman" w:cs="Times New Roman"/>
          <w:szCs w:val="20"/>
          <w:lang w:eastAsia="zh-CN"/>
        </w:rPr>
        <w:t xml:space="preserve"> – </w:t>
      </w:r>
      <w:r w:rsidR="00327BEA">
        <w:rPr>
          <w:rFonts w:ascii="Times New Roman" w:eastAsia="宋体" w:hAnsi="Times New Roman" w:cs="Times New Roman" w:hint="eastAsia"/>
          <w:szCs w:val="20"/>
          <w:lang w:eastAsia="zh-CN"/>
        </w:rPr>
        <w:t>Present</w:t>
      </w:r>
    </w:p>
    <w:p w14:paraId="79F7A398" w14:textId="0F781105" w:rsidR="00BC265F" w:rsidRPr="00327BEA" w:rsidRDefault="00327BEA" w:rsidP="00BC265F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r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Product Strategy &amp; UX Research Intern</w:t>
      </w:r>
    </w:p>
    <w:p w14:paraId="2F8F9E98" w14:textId="245D8C04" w:rsidR="00215CB4" w:rsidRPr="00327BEA" w:rsidRDefault="00215CB4" w:rsidP="00215CB4">
      <w:pPr>
        <w:numPr>
          <w:ilvl w:val="0"/>
          <w:numId w:val="1"/>
        </w:numPr>
        <w:tabs>
          <w:tab w:val="clear" w:pos="360"/>
          <w:tab w:val="num" w:pos="164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Cs w:val="20"/>
          <w:lang w:eastAsia="zh-CN"/>
        </w:rPr>
        <w:t>Served as main presenter and liv</w:t>
      </w:r>
      <w:r w:rsidR="0094518A">
        <w:rPr>
          <w:rFonts w:ascii="Times New Roman" w:eastAsia="宋体" w:hAnsi="Times New Roman" w:cs="Times New Roman" w:hint="eastAsia"/>
          <w:szCs w:val="20"/>
          <w:lang w:eastAsia="zh-CN"/>
        </w:rPr>
        <w:t>e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interpreter for the kick-off of a project-management platform for solar developer</w:t>
      </w:r>
      <w:r w:rsidR="0094518A">
        <w:rPr>
          <w:rFonts w:ascii="Times New Roman" w:eastAsia="宋体" w:hAnsi="Times New Roman" w:cs="Times New Roman" w:hint="eastAsia"/>
          <w:szCs w:val="20"/>
          <w:lang w:eastAsia="zh-CN"/>
        </w:rPr>
        <w:t xml:space="preserve"> </w:t>
      </w:r>
      <w:r w:rsidR="00A84A37">
        <w:rPr>
          <w:rFonts w:ascii="Times New Roman" w:eastAsia="宋体" w:hAnsi="Times New Roman" w:cs="Times New Roman" w:hint="eastAsia"/>
          <w:szCs w:val="20"/>
          <w:lang w:eastAsia="zh-CN"/>
        </w:rPr>
        <w:t>Jinko P</w:t>
      </w:r>
      <w:r w:rsidR="00A84A37">
        <w:rPr>
          <w:rFonts w:ascii="Times New Roman" w:eastAsia="宋体" w:hAnsi="Times New Roman" w:cs="Times New Roman"/>
          <w:szCs w:val="20"/>
          <w:lang w:eastAsia="zh-CN"/>
        </w:rPr>
        <w:t>o</w:t>
      </w:r>
      <w:r w:rsidR="00A84A37">
        <w:rPr>
          <w:rFonts w:ascii="Times New Roman" w:eastAsia="宋体" w:hAnsi="Times New Roman" w:cs="Times New Roman" w:hint="eastAsia"/>
          <w:szCs w:val="20"/>
          <w:lang w:eastAsia="zh-CN"/>
        </w:rPr>
        <w:t>wer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, </w:t>
      </w:r>
      <w:r>
        <w:rPr>
          <w:rFonts w:ascii="Times New Roman" w:eastAsia="宋体" w:hAnsi="Times New Roman" w:cs="Times New Roman"/>
          <w:szCs w:val="20"/>
          <w:lang w:eastAsia="zh-CN"/>
        </w:rPr>
        <w:t>presenting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on-site to HQ leadership and 40+ </w:t>
      </w:r>
      <w:r>
        <w:rPr>
          <w:rFonts w:ascii="Times New Roman" w:eastAsia="宋体" w:hAnsi="Times New Roman" w:cs="Times New Roman"/>
          <w:szCs w:val="20"/>
          <w:lang w:eastAsia="zh-CN"/>
        </w:rPr>
        <w:t>international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</w:t>
      </w:r>
      <w:r>
        <w:rPr>
          <w:rFonts w:ascii="Times New Roman" w:eastAsia="宋体" w:hAnsi="Times New Roman" w:cs="Times New Roman"/>
          <w:szCs w:val="20"/>
          <w:lang w:eastAsia="zh-CN"/>
        </w:rPr>
        <w:t>stakeholder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via Zoom.</w:t>
      </w:r>
    </w:p>
    <w:p w14:paraId="01E820C8" w14:textId="2FC381D8" w:rsidR="00215CB4" w:rsidRPr="00327BEA" w:rsidRDefault="00215CB4" w:rsidP="0094518A">
      <w:pPr>
        <w:numPr>
          <w:ilvl w:val="0"/>
          <w:numId w:val="1"/>
        </w:numPr>
        <w:tabs>
          <w:tab w:val="clear" w:pos="360"/>
          <w:tab w:val="num" w:pos="164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Conducted 10+ on-site user interviews with </w:t>
      </w:r>
      <w:r>
        <w:rPr>
          <w:rFonts w:ascii="Times New Roman" w:eastAsia="宋体" w:hAnsi="Times New Roman" w:cs="Times New Roman"/>
          <w:szCs w:val="20"/>
          <w:lang w:eastAsia="zh-CN"/>
        </w:rPr>
        <w:t>department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heads (PMO, Finance, Investment, Risk Management, and more) to define management platform requirements</w:t>
      </w:r>
      <w:r w:rsidR="0094518A">
        <w:rPr>
          <w:rFonts w:ascii="Times New Roman" w:eastAsia="宋体" w:hAnsi="Times New Roman" w:cs="Times New Roman" w:hint="eastAsia"/>
          <w:szCs w:val="20"/>
          <w:lang w:eastAsia="zh-CN"/>
        </w:rPr>
        <w:t>,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</w:t>
      </w:r>
      <w:r>
        <w:rPr>
          <w:rFonts w:ascii="Times New Roman" w:eastAsia="宋体" w:hAnsi="Times New Roman" w:cs="Times New Roman"/>
          <w:szCs w:val="20"/>
          <w:lang w:eastAsia="zh-CN"/>
        </w:rPr>
        <w:t>synthesized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findings into </w:t>
      </w:r>
      <w:r w:rsidR="0094518A">
        <w:rPr>
          <w:rFonts w:ascii="Times New Roman" w:eastAsia="宋体" w:hAnsi="Times New Roman" w:cs="Times New Roman"/>
          <w:szCs w:val="20"/>
          <w:lang w:eastAsia="zh-CN"/>
        </w:rPr>
        <w:t>bilingual</w:t>
      </w:r>
      <w:r w:rsidR="0094518A">
        <w:rPr>
          <w:rFonts w:ascii="Times New Roman" w:eastAsia="宋体" w:hAnsi="Times New Roman" w:cs="Times New Roman" w:hint="eastAsia"/>
          <w:szCs w:val="20"/>
          <w:lang w:eastAsia="zh-CN"/>
        </w:rPr>
        <w:t xml:space="preserve"> 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>insight reports and meeting minutes for client leadership.</w:t>
      </w:r>
    </w:p>
    <w:p w14:paraId="0C979DDB" w14:textId="2007A47E" w:rsidR="00215CB4" w:rsidRPr="00215CB4" w:rsidRDefault="00215CB4" w:rsidP="00215CB4">
      <w:pPr>
        <w:numPr>
          <w:ilvl w:val="0"/>
          <w:numId w:val="1"/>
        </w:numPr>
        <w:tabs>
          <w:tab w:val="clear" w:pos="360"/>
          <w:tab w:val="num" w:pos="164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Cs w:val="20"/>
          <w:lang w:eastAsia="zh-CN"/>
        </w:rPr>
        <w:t>Mapped cross-departmental workflows, milestones, and timelines to inform platform architecture.</w:t>
      </w:r>
    </w:p>
    <w:p w14:paraId="3C592712" w14:textId="77777777" w:rsidR="00BC265F" w:rsidRPr="00BC265F" w:rsidRDefault="00BC265F" w:rsidP="00111C5F">
      <w:pPr>
        <w:spacing w:after="0"/>
        <w:rPr>
          <w:rFonts w:ascii="Times New Roman" w:eastAsia="宋体" w:hAnsi="Times New Roman" w:cs="Times New Roman"/>
          <w:sz w:val="24"/>
          <w:szCs w:val="24"/>
          <w:lang w:eastAsia="zh-CN"/>
        </w:rPr>
      </w:pPr>
    </w:p>
    <w:p w14:paraId="7C9855D1" w14:textId="2F8BD198" w:rsidR="00147D9E" w:rsidRPr="00F205F2" w:rsidRDefault="007720CE" w:rsidP="00111C5F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r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>Jinko Power</w:t>
      </w:r>
      <w:r w:rsidR="00A84A37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(listed </w:t>
      </w:r>
      <w:r w:rsidR="00A84A37">
        <w:rPr>
          <w:rFonts w:ascii="Times New Roman" w:eastAsia="宋体" w:hAnsi="Times New Roman" w:cs="Times New Roman"/>
          <w:b/>
          <w:bCs/>
          <w:szCs w:val="20"/>
          <w:lang w:eastAsia="zh-CN"/>
        </w:rPr>
        <w:t>compa</w:t>
      </w:r>
      <w:r w:rsidR="00A84A37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ny)</w:t>
      </w:r>
      <w:r w:rsidR="0019090B" w:rsidRPr="00F205F2">
        <w:rPr>
          <w:rFonts w:ascii="Times New Roman" w:hAnsi="Times New Roman" w:cs="Times New Roman"/>
          <w:b/>
          <w:bCs/>
          <w:szCs w:val="20"/>
        </w:rPr>
        <w:t xml:space="preserve"> | </w:t>
      </w:r>
      <w:r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>Shanghai, China</w:t>
      </w:r>
      <w:r w:rsidR="00A84A37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</w:t>
      </w:r>
      <w:r w:rsidR="0019090B" w:rsidRPr="00F205F2">
        <w:rPr>
          <w:rFonts w:ascii="Times New Roman" w:hAnsi="Times New Roman" w:cs="Times New Roman"/>
          <w:szCs w:val="20"/>
        </w:rPr>
        <w:t xml:space="preserve">     </w:t>
      </w:r>
      <w:r w:rsidR="0019090B" w:rsidRPr="00F205F2">
        <w:rPr>
          <w:rFonts w:ascii="Times New Roman" w:hAnsi="Times New Roman" w:cs="Times New Roman"/>
          <w:szCs w:val="20"/>
        </w:rPr>
        <w:tab/>
        <w:t xml:space="preserve">  </w:t>
      </w:r>
      <w:r w:rsidR="003F19DE" w:rsidRPr="00F205F2">
        <w:rPr>
          <w:rFonts w:ascii="Times New Roman" w:hAnsi="Times New Roman" w:cs="Times New Roman"/>
          <w:szCs w:val="20"/>
        </w:rPr>
        <w:t xml:space="preserve">  </w:t>
      </w:r>
      <w:r w:rsidR="003F19DE" w:rsidRPr="00F205F2">
        <w:rPr>
          <w:rFonts w:ascii="Times New Roman" w:hAnsi="Times New Roman" w:cs="Times New Roman"/>
          <w:szCs w:val="20"/>
        </w:rPr>
        <w:tab/>
        <w:t xml:space="preserve">     </w:t>
      </w:r>
      <w:r w:rsidR="003F19DE" w:rsidRPr="00F205F2">
        <w:rPr>
          <w:rFonts w:ascii="Times New Roman" w:hAnsi="Times New Roman" w:cs="Times New Roman"/>
          <w:szCs w:val="20"/>
        </w:rPr>
        <w:tab/>
        <w:t xml:space="preserve">            </w:t>
      </w:r>
      <w:r w:rsidR="00F205F2" w:rsidRPr="00F205F2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   </w:t>
      </w:r>
      <w:r w:rsidR="00F205F2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             </w:t>
      </w:r>
      <w:r w:rsidR="00F205F2" w:rsidRPr="00F205F2">
        <w:rPr>
          <w:rFonts w:ascii="Times New Roman" w:eastAsia="宋体" w:hAnsi="Times New Roman" w:cs="Times New Roman" w:hint="eastAsia"/>
          <w:szCs w:val="20"/>
          <w:lang w:eastAsia="zh-CN"/>
        </w:rPr>
        <w:t xml:space="preserve">   </w:t>
      </w:r>
      <w:r w:rsidR="00140875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</w:t>
      </w:r>
      <w:r w:rsidR="003F19DE" w:rsidRPr="00F205F2">
        <w:rPr>
          <w:rFonts w:ascii="Times New Roman" w:hAnsi="Times New Roman" w:cs="Times New Roman"/>
          <w:szCs w:val="20"/>
        </w:rPr>
        <w:t xml:space="preserve">  </w:t>
      </w:r>
      <w:r w:rsidR="002679D2" w:rsidRPr="00F205F2">
        <w:rPr>
          <w:rFonts w:ascii="Times New Roman" w:hAnsi="Times New Roman" w:cs="Times New Roman"/>
          <w:szCs w:val="20"/>
        </w:rPr>
        <w:t xml:space="preserve"> </w:t>
      </w:r>
      <w:r w:rsidR="003F19DE" w:rsidRPr="00F205F2">
        <w:rPr>
          <w:rFonts w:ascii="Times New Roman" w:hAnsi="Times New Roman" w:cs="Times New Roman"/>
          <w:szCs w:val="20"/>
        </w:rPr>
        <w:t xml:space="preserve">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>May 2024 – Jun 2025</w:t>
      </w:r>
    </w:p>
    <w:p w14:paraId="2505EA7A" w14:textId="77ED6493" w:rsidR="003F19DE" w:rsidRPr="00F205F2" w:rsidRDefault="007720CE" w:rsidP="00111C5F">
      <w:pPr>
        <w:spacing w:after="0"/>
        <w:rPr>
          <w:rFonts w:ascii="Times New Roman" w:hAnsi="Times New Roman" w:cs="Times New Roman"/>
          <w:szCs w:val="20"/>
        </w:rPr>
      </w:pPr>
      <w:r w:rsidRPr="00F205F2">
        <w:rPr>
          <w:rFonts w:ascii="Times New Roman" w:hAnsi="Times New Roman" w:cs="Times New Roman"/>
          <w:b/>
          <w:bCs/>
          <w:szCs w:val="20"/>
        </w:rPr>
        <w:t>Corporate Marketing Department Trainee</w:t>
      </w:r>
    </w:p>
    <w:p w14:paraId="5F12F1CB" w14:textId="37E9699B" w:rsidR="00450E2E" w:rsidRPr="00450E2E" w:rsidRDefault="00513CF4" w:rsidP="00513CF4">
      <w:pPr>
        <w:numPr>
          <w:ilvl w:val="0"/>
          <w:numId w:val="1"/>
        </w:numPr>
        <w:tabs>
          <w:tab w:val="clear" w:pos="360"/>
          <w:tab w:val="num" w:pos="164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 w:rsidRPr="00646396">
        <w:rPr>
          <w:rFonts w:ascii="Times New Roman" w:eastAsia="宋体" w:hAnsi="Times New Roman" w:cs="Times New Roman"/>
          <w:szCs w:val="20"/>
          <w:lang w:eastAsia="zh-CN"/>
        </w:rPr>
        <w:t>T</w:t>
      </w:r>
      <w:r w:rsidRPr="00646396">
        <w:rPr>
          <w:rFonts w:ascii="Times New Roman" w:hAnsi="Times New Roman" w:cs="Times New Roman"/>
          <w:szCs w:val="20"/>
        </w:rPr>
        <w:t>r</w:t>
      </w:r>
      <w:r w:rsidRPr="00513CF4">
        <w:rPr>
          <w:rFonts w:ascii="Times New Roman" w:hAnsi="Times New Roman" w:cs="Times New Roman"/>
          <w:szCs w:val="20"/>
        </w:rPr>
        <w:t>anslated user needs and business requi</w:t>
      </w:r>
      <w:r w:rsidRPr="00062235">
        <w:rPr>
          <w:rFonts w:ascii="Times New Roman" w:hAnsi="Times New Roman" w:cs="Times New Roman"/>
          <w:szCs w:val="20"/>
        </w:rPr>
        <w:t>rements into tangible experience improvements through cross-function</w:t>
      </w:r>
      <w:r w:rsidRPr="00513CF4">
        <w:rPr>
          <w:rFonts w:ascii="Times New Roman" w:hAnsi="Times New Roman" w:cs="Times New Roman"/>
          <w:szCs w:val="20"/>
        </w:rPr>
        <w:t>al collaboration</w:t>
      </w:r>
      <w:r>
        <w:rPr>
          <w:rFonts w:ascii="宋体" w:eastAsia="宋体" w:hAnsi="宋体" w:cs="Times New Roman" w:hint="eastAsia"/>
          <w:szCs w:val="20"/>
          <w:lang w:eastAsia="zh-CN"/>
        </w:rPr>
        <w:t>.</w:t>
      </w:r>
    </w:p>
    <w:p w14:paraId="314E07EF" w14:textId="344199DC" w:rsidR="007720CE" w:rsidRPr="00F205F2" w:rsidRDefault="007720CE" w:rsidP="0052617F">
      <w:pPr>
        <w:numPr>
          <w:ilvl w:val="0"/>
          <w:numId w:val="1"/>
        </w:numPr>
        <w:tabs>
          <w:tab w:val="clear" w:pos="360"/>
          <w:tab w:val="num" w:pos="164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 w:rsidRPr="007720CE">
        <w:rPr>
          <w:rFonts w:ascii="Times New Roman" w:hAnsi="Times New Roman" w:cs="Times New Roman"/>
          <w:szCs w:val="20"/>
        </w:rPr>
        <w:t>Supported the launch and management of corporate digital media applications by gathering and analyzing user feedback to refine development objectives and improve user experience.</w:t>
      </w:r>
    </w:p>
    <w:p w14:paraId="743D3D2C" w14:textId="77777777" w:rsidR="003F19DE" w:rsidRPr="00F205F2" w:rsidRDefault="003F19DE" w:rsidP="003F19DE">
      <w:pPr>
        <w:spacing w:after="0"/>
        <w:rPr>
          <w:rFonts w:ascii="Times New Roman" w:hAnsi="Times New Roman" w:cs="Times New Roman"/>
          <w:szCs w:val="20"/>
        </w:rPr>
      </w:pPr>
    </w:p>
    <w:p w14:paraId="683A8E63" w14:textId="7D6CDB9B" w:rsidR="003F19DE" w:rsidRPr="00F205F2" w:rsidRDefault="007720CE" w:rsidP="003F19DE">
      <w:pPr>
        <w:spacing w:after="0"/>
        <w:rPr>
          <w:rFonts w:ascii="Times New Roman" w:hAnsi="Times New Roman" w:cs="Times New Roman"/>
          <w:szCs w:val="20"/>
        </w:rPr>
      </w:pPr>
      <w:r w:rsidRPr="00F205F2">
        <w:rPr>
          <w:rFonts w:ascii="Times New Roman" w:hAnsi="Times New Roman" w:cs="Times New Roman"/>
          <w:b/>
          <w:bCs/>
          <w:szCs w:val="20"/>
        </w:rPr>
        <w:t>Guanfu Museum Shanghai</w:t>
      </w:r>
      <w:r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 xml:space="preserve"> </w:t>
      </w:r>
      <w:r w:rsidR="003F19DE" w:rsidRPr="00F205F2">
        <w:rPr>
          <w:rFonts w:ascii="Times New Roman" w:hAnsi="Times New Roman" w:cs="Times New Roman"/>
          <w:b/>
          <w:bCs/>
          <w:szCs w:val="20"/>
        </w:rPr>
        <w:t xml:space="preserve">| </w:t>
      </w:r>
      <w:r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>Shanghai, China</w:t>
      </w:r>
      <w:r w:rsidR="003F19DE" w:rsidRPr="00F205F2">
        <w:rPr>
          <w:rFonts w:ascii="Times New Roman" w:hAnsi="Times New Roman" w:cs="Times New Roman"/>
          <w:szCs w:val="20"/>
        </w:rPr>
        <w:tab/>
      </w:r>
      <w:r w:rsidR="003F19DE" w:rsidRPr="00F205F2">
        <w:rPr>
          <w:rFonts w:ascii="Times New Roman" w:hAnsi="Times New Roman" w:cs="Times New Roman"/>
          <w:szCs w:val="20"/>
        </w:rPr>
        <w:tab/>
      </w:r>
      <w:r w:rsidR="003F19DE" w:rsidRPr="00F205F2">
        <w:rPr>
          <w:rFonts w:ascii="Times New Roman" w:hAnsi="Times New Roman" w:cs="Times New Roman"/>
          <w:szCs w:val="20"/>
        </w:rPr>
        <w:tab/>
        <w:t xml:space="preserve"> 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    </w:t>
      </w:r>
      <w:r w:rsidR="003F19DE" w:rsidRPr="00F205F2">
        <w:rPr>
          <w:rFonts w:ascii="Times New Roman" w:hAnsi="Times New Roman" w:cs="Times New Roman"/>
          <w:szCs w:val="20"/>
        </w:rPr>
        <w:tab/>
        <w:t xml:space="preserve">    </w:t>
      </w:r>
      <w:r w:rsidR="003F19DE" w:rsidRPr="00F205F2">
        <w:rPr>
          <w:rFonts w:ascii="Times New Roman" w:hAnsi="Times New Roman" w:cs="Times New Roman"/>
          <w:szCs w:val="20"/>
        </w:rPr>
        <w:tab/>
        <w:t xml:space="preserve">     </w:t>
      </w:r>
      <w:r w:rsidR="003F19DE" w:rsidRPr="00F205F2">
        <w:rPr>
          <w:rFonts w:ascii="Times New Roman" w:hAnsi="Times New Roman" w:cs="Times New Roman"/>
          <w:szCs w:val="20"/>
        </w:rPr>
        <w:tab/>
      </w:r>
      <w:r w:rsidR="00F205F2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</w:t>
      </w:r>
      <w:r w:rsidR="003F19DE" w:rsidRPr="00F205F2">
        <w:rPr>
          <w:rFonts w:ascii="Times New Roman" w:hAnsi="Times New Roman" w:cs="Times New Roman"/>
          <w:szCs w:val="20"/>
        </w:rPr>
        <w:t xml:space="preserve">             </w:t>
      </w:r>
      <w:r w:rsidR="00140875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</w:t>
      </w:r>
      <w:r w:rsidR="003F19DE" w:rsidRPr="00F205F2">
        <w:rPr>
          <w:rFonts w:ascii="Times New Roman" w:hAnsi="Times New Roman" w:cs="Times New Roman"/>
          <w:szCs w:val="20"/>
        </w:rPr>
        <w:t xml:space="preserve">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>May 2024 – Jun 2025</w:t>
      </w:r>
    </w:p>
    <w:p w14:paraId="39FF4B5B" w14:textId="4763CD8E" w:rsidR="009823F5" w:rsidRPr="009823F5" w:rsidRDefault="007720CE" w:rsidP="003F19DE">
      <w:pPr>
        <w:spacing w:after="0"/>
        <w:rPr>
          <w:rFonts w:ascii="Times New Roman" w:eastAsia="宋体" w:hAnsi="Times New Roman" w:cs="Times New Roman"/>
          <w:b/>
          <w:bCs/>
          <w:szCs w:val="20"/>
          <w:lang w:eastAsia="zh-CN"/>
        </w:rPr>
      </w:pPr>
      <w:r w:rsidRPr="00F205F2">
        <w:rPr>
          <w:rFonts w:ascii="Times New Roman" w:hAnsi="Times New Roman" w:cs="Times New Roman"/>
          <w:b/>
          <w:bCs/>
          <w:szCs w:val="20"/>
        </w:rPr>
        <w:t>Public Education Department Intern</w:t>
      </w:r>
    </w:p>
    <w:p w14:paraId="70944830" w14:textId="45C42811" w:rsidR="007720CE" w:rsidRPr="007720CE" w:rsidRDefault="007720CE" w:rsidP="0052617F">
      <w:pPr>
        <w:numPr>
          <w:ilvl w:val="0"/>
          <w:numId w:val="1"/>
        </w:numPr>
        <w:tabs>
          <w:tab w:val="clear" w:pos="360"/>
          <w:tab w:val="num" w:pos="164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bookmarkStart w:id="4" w:name="OLE_LINK8"/>
      <w:r w:rsidRPr="007720CE">
        <w:rPr>
          <w:rFonts w:ascii="Times New Roman" w:hAnsi="Times New Roman" w:cs="Times New Roman"/>
          <w:szCs w:val="20"/>
        </w:rPr>
        <w:t>Designed promotional materials</w:t>
      </w:r>
      <w:r w:rsidR="007A5F68">
        <w:rPr>
          <w:rFonts w:ascii="Times New Roman" w:eastAsia="宋体" w:hAnsi="Times New Roman" w:cs="Times New Roman" w:hint="eastAsia"/>
          <w:szCs w:val="20"/>
          <w:lang w:eastAsia="zh-CN"/>
        </w:rPr>
        <w:t xml:space="preserve">, </w:t>
      </w:r>
      <w:r w:rsidRPr="007720CE">
        <w:rPr>
          <w:rFonts w:ascii="Times New Roman" w:hAnsi="Times New Roman" w:cs="Times New Roman"/>
          <w:szCs w:val="20"/>
        </w:rPr>
        <w:t>digital content</w:t>
      </w:r>
      <w:r w:rsidR="007A5F68">
        <w:rPr>
          <w:rFonts w:ascii="Times New Roman" w:eastAsia="宋体" w:hAnsi="Times New Roman" w:cs="Times New Roman" w:hint="eastAsia"/>
          <w:szCs w:val="20"/>
          <w:lang w:eastAsia="zh-CN"/>
        </w:rPr>
        <w:t>, and event visuals</w:t>
      </w:r>
      <w:r w:rsidRPr="007720CE">
        <w:rPr>
          <w:rFonts w:ascii="Times New Roman" w:hAnsi="Times New Roman" w:cs="Times New Roman"/>
          <w:szCs w:val="20"/>
        </w:rPr>
        <w:t xml:space="preserve"> to support exhibitions and public programs, applying strong skills in visual communication, event coordination, marketing, and research to improve outreach.</w:t>
      </w:r>
    </w:p>
    <w:p w14:paraId="0758C96F" w14:textId="27099D04" w:rsidR="007A5F68" w:rsidRPr="007A5F68" w:rsidRDefault="007A5F68" w:rsidP="0052617F">
      <w:pPr>
        <w:numPr>
          <w:ilvl w:val="0"/>
          <w:numId w:val="1"/>
        </w:numPr>
        <w:tabs>
          <w:tab w:val="clear" w:pos="360"/>
          <w:tab w:val="num" w:pos="164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Cs w:val="20"/>
          <w:lang w:eastAsia="zh-CN"/>
        </w:rPr>
        <w:t>Collaborated</w:t>
      </w:r>
      <w:r w:rsidR="007720CE" w:rsidRPr="007720CE">
        <w:rPr>
          <w:rFonts w:ascii="Times New Roman" w:hAnsi="Times New Roman" w:cs="Times New Roman"/>
          <w:szCs w:val="20"/>
        </w:rPr>
        <w:t xml:space="preserve"> with PR and education teams to conceptualize engaging monthly workshops and events for the public and youth audiences, reinforcing brand storytelling. </w:t>
      </w:r>
    </w:p>
    <w:p w14:paraId="66292306" w14:textId="5A7F955C" w:rsidR="007A5F68" w:rsidRPr="008847AE" w:rsidRDefault="007A5F68" w:rsidP="0052617F">
      <w:pPr>
        <w:numPr>
          <w:ilvl w:val="0"/>
          <w:numId w:val="1"/>
        </w:numPr>
        <w:tabs>
          <w:tab w:val="clear" w:pos="360"/>
          <w:tab w:val="num" w:pos="164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Cs w:val="20"/>
          <w:lang w:eastAsia="zh-CN"/>
        </w:rPr>
        <w:t>Contributed to visual consistency across campaigns to strengthen audience connection with effective visual narratives.</w:t>
      </w:r>
    </w:p>
    <w:bookmarkEnd w:id="4"/>
    <w:p w14:paraId="4138C0A1" w14:textId="77777777" w:rsidR="008847AE" w:rsidRPr="008847AE" w:rsidRDefault="008847AE" w:rsidP="008847AE">
      <w:pPr>
        <w:spacing w:after="0"/>
        <w:ind w:left="200"/>
        <w:rPr>
          <w:rFonts w:ascii="Times New Roman" w:hAnsi="Times New Roman" w:cs="Times New Roman"/>
          <w:szCs w:val="20"/>
        </w:rPr>
      </w:pPr>
    </w:p>
    <w:p w14:paraId="00F4E6B5" w14:textId="77777777" w:rsidR="008847AE" w:rsidRPr="00F205F2" w:rsidRDefault="008847AE" w:rsidP="008847AE">
      <w:pPr>
        <w:spacing w:after="0"/>
        <w:rPr>
          <w:rFonts w:ascii="Times New Roman" w:hAnsi="Times New Roman" w:cs="Times New Roman"/>
          <w:szCs w:val="20"/>
        </w:rPr>
      </w:pPr>
      <w:proofErr w:type="gramStart"/>
      <w:r w:rsidRPr="00F205F2">
        <w:rPr>
          <w:rFonts w:ascii="Times New Roman" w:hAnsi="Times New Roman" w:cs="Times New Roman"/>
          <w:b/>
          <w:bCs/>
          <w:szCs w:val="20"/>
        </w:rPr>
        <w:t>des:glory</w:t>
      </w:r>
      <w:proofErr w:type="gramEnd"/>
      <w:r w:rsidRPr="00F205F2">
        <w:rPr>
          <w:rFonts w:ascii="Times New Roman" w:hAnsi="Times New Roman" w:cs="Times New Roman"/>
          <w:b/>
          <w:bCs/>
          <w:szCs w:val="20"/>
        </w:rPr>
        <w:t xml:space="preserve"> Design</w:t>
      </w:r>
      <w:r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 xml:space="preserve"> </w:t>
      </w:r>
      <w:r w:rsidRPr="00F205F2">
        <w:rPr>
          <w:rFonts w:ascii="Times New Roman" w:hAnsi="Times New Roman" w:cs="Times New Roman"/>
          <w:b/>
          <w:bCs/>
          <w:szCs w:val="20"/>
        </w:rPr>
        <w:t xml:space="preserve">| </w:t>
      </w:r>
      <w:r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>Shanghai, China</w:t>
      </w:r>
      <w:r w:rsidRPr="00F205F2">
        <w:rPr>
          <w:rFonts w:ascii="Times New Roman" w:hAnsi="Times New Roman" w:cs="Times New Roman"/>
          <w:szCs w:val="20"/>
        </w:rPr>
        <w:tab/>
      </w:r>
      <w:r w:rsidRPr="00F205F2">
        <w:rPr>
          <w:rFonts w:ascii="Times New Roman" w:hAnsi="Times New Roman" w:cs="Times New Roman"/>
          <w:szCs w:val="20"/>
        </w:rPr>
        <w:tab/>
      </w:r>
      <w:r w:rsidRPr="00F205F2">
        <w:rPr>
          <w:rFonts w:ascii="Times New Roman" w:hAnsi="Times New Roman" w:cs="Times New Roman"/>
          <w:szCs w:val="20"/>
        </w:rPr>
        <w:tab/>
        <w:t xml:space="preserve"> 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    </w:t>
      </w:r>
      <w:r w:rsidRPr="00F205F2">
        <w:rPr>
          <w:rFonts w:ascii="Times New Roman" w:hAnsi="Times New Roman" w:cs="Times New Roman"/>
          <w:szCs w:val="20"/>
        </w:rPr>
        <w:tab/>
        <w:t xml:space="preserve">    </w:t>
      </w:r>
      <w:r w:rsidRPr="00F205F2">
        <w:rPr>
          <w:rFonts w:ascii="Times New Roman" w:hAnsi="Times New Roman" w:cs="Times New Roman"/>
          <w:szCs w:val="20"/>
        </w:rPr>
        <w:tab/>
        <w:t xml:space="preserve">     </w:t>
      </w:r>
      <w:r w:rsidRPr="00F205F2">
        <w:rPr>
          <w:rFonts w:ascii="Times New Roman" w:hAnsi="Times New Roman" w:cs="Times New Roman"/>
          <w:szCs w:val="20"/>
        </w:rPr>
        <w:tab/>
        <w:t xml:space="preserve">     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            </w:t>
      </w:r>
      <w:r w:rsidRPr="00F205F2">
        <w:rPr>
          <w:rFonts w:ascii="Times New Roman" w:hAnsi="Times New Roman" w:cs="Times New Roman"/>
          <w:szCs w:val="20"/>
        </w:rPr>
        <w:t xml:space="preserve">       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</w:t>
      </w:r>
      <w:r w:rsidRPr="00F205F2">
        <w:rPr>
          <w:rFonts w:ascii="Times New Roman" w:hAnsi="Times New Roman" w:cs="Times New Roman"/>
          <w:szCs w:val="20"/>
        </w:rPr>
        <w:t xml:space="preserve"> 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>Jan 2024 – May 2024</w:t>
      </w:r>
    </w:p>
    <w:p w14:paraId="4E436B32" w14:textId="77777777" w:rsidR="008847AE" w:rsidRPr="00F205F2" w:rsidRDefault="008847AE" w:rsidP="008847AE">
      <w:pPr>
        <w:spacing w:after="0"/>
        <w:rPr>
          <w:rFonts w:ascii="Times New Roman" w:hAnsi="Times New Roman" w:cs="Times New Roman"/>
          <w:szCs w:val="20"/>
        </w:rPr>
      </w:pPr>
      <w:r w:rsidRPr="00F205F2">
        <w:rPr>
          <w:rFonts w:ascii="Times New Roman" w:hAnsi="Times New Roman" w:cs="Times New Roman"/>
          <w:b/>
          <w:bCs/>
          <w:szCs w:val="20"/>
        </w:rPr>
        <w:t xml:space="preserve">Designer - </w:t>
      </w:r>
      <w:bookmarkStart w:id="5" w:name="OLE_LINK2"/>
      <w:r w:rsidRPr="00F205F2">
        <w:rPr>
          <w:rFonts w:ascii="Times New Roman" w:hAnsi="Times New Roman" w:cs="Times New Roman"/>
          <w:b/>
          <w:bCs/>
          <w:szCs w:val="20"/>
        </w:rPr>
        <w:t>Industrial/Product</w:t>
      </w:r>
      <w:bookmarkEnd w:id="5"/>
      <w:r w:rsidRPr="00F205F2">
        <w:rPr>
          <w:rFonts w:ascii="Times New Roman" w:hAnsi="Times New Roman" w:cs="Times New Roman"/>
          <w:b/>
          <w:bCs/>
          <w:szCs w:val="20"/>
        </w:rPr>
        <w:t xml:space="preserve"> Design Department</w:t>
      </w:r>
    </w:p>
    <w:p w14:paraId="0B7434E9" w14:textId="77777777" w:rsidR="008847AE" w:rsidRPr="007720CE" w:rsidRDefault="008847AE" w:rsidP="008847AE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bookmarkStart w:id="6" w:name="OLE_LINK6"/>
      <w:r w:rsidRPr="007720CE">
        <w:rPr>
          <w:rFonts w:ascii="Times New Roman" w:hAnsi="Times New Roman" w:cs="Times New Roman"/>
          <w:szCs w:val="20"/>
        </w:rPr>
        <w:t>Developed 3D mockups and visual assets using SolidWorks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and </w:t>
      </w:r>
      <w:r w:rsidRPr="007720CE">
        <w:rPr>
          <w:rFonts w:ascii="Times New Roman" w:hAnsi="Times New Roman" w:cs="Times New Roman"/>
          <w:szCs w:val="20"/>
        </w:rPr>
        <w:t>Keyshot to deliver design solutions for clients across manufacturing, apparel, and interior design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with marketing objectives</w:t>
      </w:r>
      <w:r w:rsidRPr="007720CE">
        <w:rPr>
          <w:rFonts w:ascii="Times New Roman" w:hAnsi="Times New Roman" w:cs="Times New Roman"/>
          <w:szCs w:val="20"/>
        </w:rPr>
        <w:t>.</w:t>
      </w:r>
    </w:p>
    <w:p w14:paraId="041E8220" w14:textId="6E5102EF" w:rsidR="008847AE" w:rsidRPr="009823F5" w:rsidRDefault="008847AE" w:rsidP="008847AE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 w:rsidRPr="007720CE">
        <w:rPr>
          <w:rFonts w:ascii="Times New Roman" w:hAnsi="Times New Roman" w:cs="Times New Roman"/>
          <w:szCs w:val="20"/>
        </w:rPr>
        <w:t>Enha</w:t>
      </w:r>
      <w:bookmarkEnd w:id="6"/>
      <w:r w:rsidRPr="007720CE">
        <w:rPr>
          <w:rFonts w:ascii="Times New Roman" w:hAnsi="Times New Roman" w:cs="Times New Roman"/>
          <w:szCs w:val="20"/>
        </w:rPr>
        <w:t>nced marketing initiatives and clients’ branding by researching industry trends and proposing alternative desig</w:t>
      </w:r>
      <w:r w:rsidR="00646396">
        <w:rPr>
          <w:rFonts w:ascii="Times New Roman" w:eastAsia="宋体" w:hAnsi="Times New Roman" w:cs="Times New Roman" w:hint="eastAsia"/>
          <w:szCs w:val="20"/>
          <w:lang w:eastAsia="zh-CN"/>
        </w:rPr>
        <w:t xml:space="preserve">ns </w:t>
      </w:r>
      <w:r w:rsidRPr="007720CE">
        <w:rPr>
          <w:rFonts w:ascii="Times New Roman" w:hAnsi="Times New Roman" w:cs="Times New Roman"/>
          <w:szCs w:val="20"/>
        </w:rPr>
        <w:t>and conceptual frameworks.</w:t>
      </w:r>
      <w:bookmarkStart w:id="7" w:name="OLE_LINK1"/>
    </w:p>
    <w:p w14:paraId="0D11DA6B" w14:textId="0A7301F8" w:rsidR="008847AE" w:rsidRPr="008847AE" w:rsidRDefault="008847AE" w:rsidP="008847AE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 w:rsidRPr="009823F5">
        <w:rPr>
          <w:rFonts w:ascii="Times New Roman" w:eastAsia="宋体" w:hAnsi="Times New Roman" w:cs="Times New Roman"/>
          <w:szCs w:val="20"/>
          <w:lang w:eastAsia="zh-CN"/>
        </w:rPr>
        <w:t>Collaborated with graphic teams to ensure visual consistency and seamless design execution.</w:t>
      </w:r>
      <w:bookmarkEnd w:id="7"/>
    </w:p>
    <w:p w14:paraId="54817C74" w14:textId="77777777" w:rsidR="00F4258F" w:rsidRPr="0045736D" w:rsidRDefault="00F4258F" w:rsidP="00F4258F">
      <w:pPr>
        <w:spacing w:after="0"/>
        <w:rPr>
          <w:rFonts w:ascii="Times New Roman" w:eastAsia="宋体" w:hAnsi="Times New Roman" w:cs="Times New Roman"/>
          <w:sz w:val="22"/>
          <w:lang w:eastAsia="zh-CN"/>
        </w:rPr>
      </w:pPr>
    </w:p>
    <w:p w14:paraId="02988362" w14:textId="6F56D567" w:rsidR="00F4258F" w:rsidRPr="00F205F2" w:rsidRDefault="00481DAA" w:rsidP="00F4258F">
      <w:pPr>
        <w:spacing w:after="0"/>
        <w:rPr>
          <w:rFonts w:ascii="Times New Roman" w:eastAsia="宋体" w:hAnsi="Times New Roman" w:cs="Times New Roman"/>
          <w:sz w:val="24"/>
          <w:szCs w:val="24"/>
          <w:lang w:eastAsia="zh-CN"/>
        </w:rPr>
      </w:pPr>
      <w:bookmarkStart w:id="8" w:name="OLE_LINK7"/>
      <w:r>
        <w:rPr>
          <w:rFonts w:ascii="Times New Roman" w:eastAsia="宋体" w:hAnsi="Times New Roman" w:cs="Times New Roman" w:hint="eastAsia"/>
          <w:b/>
          <w:sz w:val="24"/>
          <w:szCs w:val="24"/>
          <w:lang w:eastAsia="zh-CN"/>
        </w:rPr>
        <w:t xml:space="preserve">AWARDS &amp; </w:t>
      </w:r>
      <w:r w:rsidR="00F4258F" w:rsidRPr="00F205F2">
        <w:rPr>
          <w:rFonts w:ascii="Times New Roman" w:hAnsi="Times New Roman" w:cs="Times New Roman"/>
          <w:b/>
          <w:sz w:val="24"/>
          <w:szCs w:val="24"/>
        </w:rPr>
        <w:t>A</w:t>
      </w:r>
      <w:r w:rsidR="00F4258F" w:rsidRPr="00F205F2">
        <w:rPr>
          <w:rFonts w:ascii="Times New Roman" w:eastAsia="宋体" w:hAnsi="Times New Roman" w:cs="Times New Roman"/>
          <w:b/>
          <w:sz w:val="24"/>
          <w:szCs w:val="24"/>
          <w:lang w:eastAsia="zh-CN"/>
        </w:rPr>
        <w:t>CHIEVEMENTS</w:t>
      </w:r>
    </w:p>
    <w:p w14:paraId="33083A25" w14:textId="2561A8A5" w:rsidR="00897168" w:rsidRPr="00897168" w:rsidRDefault="00897168" w:rsidP="000D3CEF">
      <w:pPr>
        <w:spacing w:after="0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宋体" w:hAnsi="Times New Roman" w:cs="Times New Roman" w:hint="eastAsia"/>
          <w:b/>
          <w:bCs/>
          <w:lang w:eastAsia="zh-CN"/>
        </w:rPr>
        <w:t>Muse Design Award</w:t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/>
          <w:szCs w:val="20"/>
          <w:lang w:eastAsia="zh-CN"/>
        </w:rPr>
        <w:tab/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    </w:t>
      </w:r>
      <w:r w:rsidRPr="00554193">
        <w:rPr>
          <w:rFonts w:ascii="Times New Roman" w:eastAsia="宋体" w:hAnsi="Times New Roman" w:cs="Times New Roman"/>
          <w:szCs w:val="20"/>
          <w:lang w:eastAsia="zh-CN"/>
        </w:rPr>
        <w:t>Sep 2026</w:t>
      </w:r>
    </w:p>
    <w:p w14:paraId="5E67F6FB" w14:textId="257E27DC" w:rsidR="00DE5C10" w:rsidRPr="00DE5C10" w:rsidRDefault="00DE5C10" w:rsidP="00DE5C10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hyperlink r:id="rId10" w:history="1">
        <w:r w:rsidRPr="00554193">
          <w:rPr>
            <w:rStyle w:val="affe"/>
            <w:rFonts w:ascii="Times New Roman" w:eastAsia="宋体" w:hAnsi="Times New Roman" w:cs="Times New Roman"/>
            <w:szCs w:val="20"/>
            <w:lang w:eastAsia="zh-CN"/>
          </w:rPr>
          <w:t>eCO2</w:t>
        </w:r>
      </w:hyperlink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awarded Gold in </w:t>
      </w:r>
      <w:r w:rsidRPr="00DE5C10">
        <w:rPr>
          <w:rFonts w:ascii="Times New Roman" w:eastAsia="宋体" w:hAnsi="Times New Roman" w:cs="Times New Roman"/>
          <w:szCs w:val="20"/>
          <w:lang w:eastAsia="zh-CN"/>
        </w:rPr>
        <w:t>Conceptual Design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</w:t>
      </w:r>
      <w:r>
        <w:rPr>
          <w:rFonts w:ascii="Times New Roman" w:eastAsia="宋体" w:hAnsi="Times New Roman" w:cs="Times New Roman"/>
          <w:szCs w:val="20"/>
          <w:lang w:eastAsia="zh-CN"/>
        </w:rPr>
        <w:t>–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Energy and </w:t>
      </w:r>
      <w:r w:rsidRPr="00DE5C10">
        <w:rPr>
          <w:rFonts w:ascii="Times New Roman" w:eastAsia="宋体" w:hAnsi="Times New Roman" w:cs="Times New Roman"/>
          <w:szCs w:val="20"/>
          <w:lang w:eastAsia="zh-CN"/>
        </w:rPr>
        <w:t>Conceptual Design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</w:t>
      </w:r>
      <w:r>
        <w:rPr>
          <w:rFonts w:ascii="Times New Roman" w:eastAsia="宋体" w:hAnsi="Times New Roman" w:cs="Times New Roman"/>
          <w:szCs w:val="20"/>
          <w:lang w:eastAsia="zh-CN"/>
        </w:rPr>
        <w:t>–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Wearable</w:t>
      </w:r>
    </w:p>
    <w:p w14:paraId="16A12C86" w14:textId="753F3462" w:rsidR="00897168" w:rsidRPr="00DE5C10" w:rsidRDefault="00DE5C10" w:rsidP="00DE5C10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hyperlink r:id="rId11" w:history="1">
        <w:r w:rsidRPr="00DE5C10">
          <w:rPr>
            <w:rStyle w:val="affe"/>
            <w:rFonts w:ascii="Times New Roman" w:eastAsia="宋体" w:hAnsi="Times New Roman" w:cs="Times New Roman"/>
            <w:szCs w:val="20"/>
            <w:lang w:eastAsia="zh-CN"/>
          </w:rPr>
          <w:t>On the Spot</w:t>
        </w:r>
      </w:hyperlink>
      <w:r w:rsidRPr="00DE5C10">
        <w:rPr>
          <w:rFonts w:ascii="Times New Roman" w:eastAsia="宋体" w:hAnsi="Times New Roman" w:cs="Times New Roman" w:hint="eastAsia"/>
          <w:szCs w:val="20"/>
          <w:lang w:eastAsia="zh-CN"/>
        </w:rPr>
        <w:t xml:space="preserve"> awarded 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>Gold in Product D</w:t>
      </w:r>
      <w:r>
        <w:rPr>
          <w:rFonts w:ascii="Times New Roman" w:eastAsia="宋体" w:hAnsi="Times New Roman" w:cs="Times New Roman"/>
          <w:szCs w:val="20"/>
          <w:lang w:eastAsia="zh-CN"/>
        </w:rPr>
        <w:t>e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sign </w:t>
      </w:r>
      <w:r>
        <w:rPr>
          <w:rFonts w:ascii="Times New Roman" w:eastAsia="宋体" w:hAnsi="Times New Roman" w:cs="Times New Roman"/>
          <w:szCs w:val="20"/>
          <w:lang w:eastAsia="zh-CN"/>
        </w:rPr>
        <w:t>–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UX/UI/</w:t>
      </w:r>
      <w:proofErr w:type="spellStart"/>
      <w:r>
        <w:rPr>
          <w:rFonts w:ascii="Times New Roman" w:eastAsia="宋体" w:hAnsi="Times New Roman" w:cs="Times New Roman" w:hint="eastAsia"/>
          <w:szCs w:val="20"/>
          <w:lang w:eastAsia="zh-CN"/>
        </w:rPr>
        <w:t>IxD</w:t>
      </w:r>
      <w:proofErr w:type="spellEnd"/>
    </w:p>
    <w:p w14:paraId="30E6E40F" w14:textId="503B4363" w:rsidR="00DE5C10" w:rsidRPr="00DE5C10" w:rsidRDefault="00DE5C10" w:rsidP="00DE5C10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hyperlink r:id="rId12" w:history="1">
        <w:r w:rsidRPr="00C677B9">
          <w:rPr>
            <w:rStyle w:val="affe"/>
            <w:rFonts w:ascii="Times New Roman" w:eastAsia="宋体" w:hAnsi="Times New Roman" w:cs="Times New Roman"/>
            <w:szCs w:val="20"/>
            <w:lang w:eastAsia="zh-CN"/>
          </w:rPr>
          <w:t xml:space="preserve">Halo </w:t>
        </w:r>
      </w:hyperlink>
      <w:r>
        <w:rPr>
          <w:rFonts w:ascii="Times New Roman" w:eastAsia="宋体" w:hAnsi="Times New Roman" w:cs="Times New Roman" w:hint="eastAsia"/>
          <w:szCs w:val="20"/>
          <w:lang w:eastAsia="zh-CN"/>
        </w:rPr>
        <w:t>awarded Silver in Product D</w:t>
      </w:r>
      <w:r>
        <w:rPr>
          <w:rFonts w:ascii="Times New Roman" w:eastAsia="宋体" w:hAnsi="Times New Roman" w:cs="Times New Roman"/>
          <w:szCs w:val="20"/>
          <w:lang w:eastAsia="zh-CN"/>
        </w:rPr>
        <w:t>e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sign </w:t>
      </w:r>
      <w:r>
        <w:rPr>
          <w:rFonts w:ascii="Times New Roman" w:eastAsia="宋体" w:hAnsi="Times New Roman" w:cs="Times New Roman"/>
          <w:szCs w:val="20"/>
          <w:lang w:eastAsia="zh-CN"/>
        </w:rPr>
        <w:t>–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Baby, Kids &amp; Children Products</w:t>
      </w:r>
    </w:p>
    <w:p w14:paraId="53BD3755" w14:textId="77777777" w:rsidR="00897168" w:rsidRDefault="00897168" w:rsidP="000D3CEF">
      <w:pPr>
        <w:spacing w:after="0"/>
        <w:rPr>
          <w:rFonts w:ascii="Times New Roman" w:eastAsia="宋体" w:hAnsi="Times New Roman" w:cs="Times New Roman"/>
          <w:b/>
          <w:bCs/>
          <w:lang w:eastAsia="zh-CN"/>
        </w:rPr>
      </w:pPr>
    </w:p>
    <w:p w14:paraId="541A2FAF" w14:textId="079D27B0" w:rsidR="00554193" w:rsidRPr="00554193" w:rsidRDefault="00554193" w:rsidP="000D3CEF">
      <w:pPr>
        <w:spacing w:after="0"/>
        <w:rPr>
          <w:rFonts w:ascii="Times New Roman" w:eastAsia="宋体" w:hAnsi="Times New Roman" w:cs="Times New Roman"/>
          <w:lang w:eastAsia="zh-CN"/>
        </w:rPr>
      </w:pPr>
      <w:r w:rsidRPr="00554193">
        <w:rPr>
          <w:rFonts w:ascii="Times New Roman" w:eastAsia="宋体" w:hAnsi="Times New Roman" w:cs="Times New Roman"/>
          <w:b/>
          <w:bCs/>
          <w:lang w:eastAsia="zh-CN"/>
        </w:rPr>
        <w:t>DNA Paris Design Awards</w:t>
      </w:r>
      <w:r>
        <w:rPr>
          <w:rFonts w:ascii="Times New Roman" w:eastAsia="宋体" w:hAnsi="Times New Roman" w:cs="Times New Roman"/>
          <w:lang w:eastAsia="zh-CN"/>
        </w:rPr>
        <w:tab/>
      </w:r>
      <w:r w:rsidRPr="00554193">
        <w:rPr>
          <w:rFonts w:ascii="Times New Roman" w:eastAsia="宋体" w:hAnsi="Times New Roman" w:cs="Times New Roman"/>
          <w:lang w:eastAsia="zh-CN"/>
        </w:rPr>
        <w:tab/>
      </w:r>
      <w:r w:rsidRPr="00554193">
        <w:rPr>
          <w:rFonts w:ascii="Times New Roman" w:eastAsia="宋体" w:hAnsi="Times New Roman" w:cs="Times New Roman"/>
          <w:lang w:eastAsia="zh-CN"/>
        </w:rPr>
        <w:tab/>
      </w:r>
      <w:r w:rsidRPr="00554193">
        <w:rPr>
          <w:rFonts w:ascii="Times New Roman" w:eastAsia="宋体" w:hAnsi="Times New Roman" w:cs="Times New Roman"/>
          <w:lang w:eastAsia="zh-CN"/>
        </w:rPr>
        <w:tab/>
      </w:r>
      <w:r w:rsidRPr="00554193">
        <w:rPr>
          <w:rFonts w:ascii="Times New Roman" w:eastAsia="宋体" w:hAnsi="Times New Roman" w:cs="Times New Roman"/>
          <w:lang w:eastAsia="zh-CN"/>
        </w:rPr>
        <w:tab/>
      </w:r>
      <w:r w:rsidRPr="00554193">
        <w:rPr>
          <w:rFonts w:ascii="Times New Roman" w:eastAsia="宋体" w:hAnsi="Times New Roman" w:cs="Times New Roman"/>
          <w:lang w:eastAsia="zh-CN"/>
        </w:rPr>
        <w:tab/>
      </w:r>
      <w:r w:rsidRPr="00554193">
        <w:rPr>
          <w:rFonts w:ascii="Times New Roman" w:eastAsia="宋体" w:hAnsi="Times New Roman" w:cs="Times New Roman"/>
          <w:lang w:eastAsia="zh-CN"/>
        </w:rPr>
        <w:tab/>
      </w:r>
      <w:r w:rsidRPr="00554193">
        <w:rPr>
          <w:rFonts w:ascii="Times New Roman" w:eastAsia="宋体" w:hAnsi="Times New Roman" w:cs="Times New Roman"/>
          <w:lang w:eastAsia="zh-CN"/>
        </w:rPr>
        <w:tab/>
      </w:r>
      <w:r w:rsidRPr="00554193">
        <w:rPr>
          <w:rFonts w:ascii="Times New Roman" w:eastAsia="宋体" w:hAnsi="Times New Roman" w:cs="Times New Roman"/>
          <w:lang w:eastAsia="zh-CN"/>
        </w:rPr>
        <w:tab/>
      </w:r>
      <w:r w:rsidRPr="00554193">
        <w:rPr>
          <w:rFonts w:ascii="Times New Roman" w:eastAsia="宋体" w:hAnsi="Times New Roman" w:cs="Times New Roman"/>
          <w:lang w:eastAsia="zh-CN"/>
        </w:rPr>
        <w:tab/>
        <w:t xml:space="preserve">   </w:t>
      </w:r>
      <w:r w:rsidRPr="00554193">
        <w:rPr>
          <w:rFonts w:ascii="Times New Roman" w:eastAsia="宋体" w:hAnsi="Times New Roman" w:cs="Times New Roman"/>
          <w:lang w:eastAsia="zh-CN"/>
        </w:rPr>
        <w:tab/>
        <w:t xml:space="preserve">   </w:t>
      </w:r>
      <w:r>
        <w:rPr>
          <w:rFonts w:ascii="Times New Roman" w:eastAsia="宋体" w:hAnsi="Times New Roman" w:cs="Times New Roman" w:hint="eastAsia"/>
          <w:lang w:eastAsia="zh-CN"/>
        </w:rPr>
        <w:t xml:space="preserve">  </w:t>
      </w:r>
      <w:bookmarkStart w:id="9" w:name="OLE_LINK13"/>
      <w:r w:rsidRPr="00554193">
        <w:rPr>
          <w:rFonts w:ascii="Times New Roman" w:eastAsia="宋体" w:hAnsi="Times New Roman" w:cs="Times New Roman"/>
          <w:szCs w:val="20"/>
          <w:lang w:eastAsia="zh-CN"/>
        </w:rPr>
        <w:t>Sep 2026</w:t>
      </w:r>
    </w:p>
    <w:bookmarkStart w:id="10" w:name="OLE_LINK14"/>
    <w:bookmarkEnd w:id="9"/>
    <w:p w14:paraId="2E41C106" w14:textId="68E026BF" w:rsidR="00554193" w:rsidRPr="00554193" w:rsidRDefault="00554193" w:rsidP="00554193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>
        <w:rPr>
          <w:rFonts w:ascii="Times New Roman" w:eastAsia="宋体" w:hAnsi="Times New Roman" w:cs="Times New Roman"/>
          <w:szCs w:val="20"/>
          <w:lang w:eastAsia="zh-CN"/>
        </w:rPr>
        <w:fldChar w:fldCharType="begin"/>
      </w:r>
      <w:r>
        <w:rPr>
          <w:rFonts w:ascii="Times New Roman" w:eastAsia="宋体" w:hAnsi="Times New Roman" w:cs="Times New Roman" w:hint="eastAsia"/>
          <w:szCs w:val="20"/>
          <w:lang w:eastAsia="zh-CN"/>
        </w:rPr>
        <w:instrText>HYPERLINK "https://dna.paris/social/zoom.php?eid=71-95848-26"</w:instrText>
      </w:r>
      <w:r>
        <w:rPr>
          <w:rFonts w:ascii="Times New Roman" w:eastAsia="宋体" w:hAnsi="Times New Roman" w:cs="Times New Roman"/>
          <w:szCs w:val="20"/>
          <w:lang w:eastAsia="zh-CN"/>
        </w:rPr>
      </w:r>
      <w:r>
        <w:rPr>
          <w:rFonts w:ascii="Times New Roman" w:eastAsia="宋体" w:hAnsi="Times New Roman" w:cs="Times New Roman"/>
          <w:szCs w:val="20"/>
          <w:lang w:eastAsia="zh-CN"/>
        </w:rPr>
        <w:fldChar w:fldCharType="separate"/>
      </w:r>
      <w:r w:rsidRPr="00554193">
        <w:rPr>
          <w:rStyle w:val="affe"/>
          <w:rFonts w:ascii="Times New Roman" w:eastAsia="宋体" w:hAnsi="Times New Roman" w:cs="Times New Roman"/>
          <w:szCs w:val="20"/>
          <w:lang w:eastAsia="zh-CN"/>
        </w:rPr>
        <w:t>eCO2</w:t>
      </w:r>
      <w:r>
        <w:rPr>
          <w:rFonts w:ascii="Times New Roman" w:eastAsia="宋体" w:hAnsi="Times New Roman" w:cs="Times New Roman"/>
          <w:szCs w:val="20"/>
          <w:lang w:eastAsia="zh-CN"/>
        </w:rPr>
        <w:fldChar w:fldCharType="end"/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awarded Honorable Mention in Product</w:t>
      </w:r>
      <w:r w:rsidRPr="00554193">
        <w:rPr>
          <w:rFonts w:ascii="Times New Roman" w:eastAsia="宋体" w:hAnsi="Times New Roman" w:cs="Times New Roman"/>
          <w:szCs w:val="20"/>
          <w:lang w:eastAsia="zh-CN"/>
        </w:rPr>
        <w:t xml:space="preserve"> 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>Design</w:t>
      </w:r>
      <w:r w:rsidRPr="00554193">
        <w:rPr>
          <w:rFonts w:ascii="Times New Roman" w:eastAsia="宋体" w:hAnsi="Times New Roman" w:cs="Times New Roman"/>
          <w:szCs w:val="20"/>
          <w:lang w:eastAsia="zh-CN"/>
        </w:rPr>
        <w:t xml:space="preserve"> / Eco Design Experimental Design</w:t>
      </w:r>
    </w:p>
    <w:p w14:paraId="2BEC7342" w14:textId="1B9AB455" w:rsidR="00554193" w:rsidRPr="00897168" w:rsidRDefault="00897168" w:rsidP="00897168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hyperlink r:id="rId13" w:history="1">
        <w:r w:rsidRPr="00897168">
          <w:rPr>
            <w:rStyle w:val="affe"/>
            <w:rFonts w:ascii="Times New Roman" w:eastAsia="宋体" w:hAnsi="Times New Roman" w:cs="Times New Roman"/>
            <w:szCs w:val="20"/>
            <w:lang w:eastAsia="zh-CN"/>
          </w:rPr>
          <w:t>On the Spot</w:t>
        </w:r>
      </w:hyperlink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awarded Honor</w:t>
      </w:r>
      <w:bookmarkEnd w:id="10"/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able Mention in </w:t>
      </w:r>
      <w:r w:rsidRPr="00897168">
        <w:rPr>
          <w:rFonts w:ascii="Times New Roman" w:eastAsia="宋体" w:hAnsi="Times New Roman" w:cs="Times New Roman"/>
          <w:szCs w:val="20"/>
          <w:lang w:eastAsia="zh-CN"/>
        </w:rPr>
        <w:t>G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>raphic</w:t>
      </w:r>
      <w:r w:rsidRPr="00897168">
        <w:rPr>
          <w:rFonts w:ascii="Times New Roman" w:eastAsia="宋体" w:hAnsi="Times New Roman" w:cs="Times New Roman"/>
          <w:szCs w:val="20"/>
          <w:lang w:eastAsia="zh-CN"/>
        </w:rPr>
        <w:t xml:space="preserve"> D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>esign</w:t>
      </w:r>
      <w:r w:rsidRPr="00897168">
        <w:rPr>
          <w:rFonts w:ascii="Times New Roman" w:eastAsia="宋体" w:hAnsi="Times New Roman" w:cs="Times New Roman"/>
          <w:szCs w:val="20"/>
          <w:lang w:eastAsia="zh-CN"/>
        </w:rPr>
        <w:t xml:space="preserve"> / UI Design UX Design</w:t>
      </w:r>
    </w:p>
    <w:p w14:paraId="6AE678E7" w14:textId="77777777" w:rsidR="00554193" w:rsidRPr="00554193" w:rsidRDefault="00554193" w:rsidP="000D3CEF">
      <w:pPr>
        <w:spacing w:after="0"/>
        <w:rPr>
          <w:rFonts w:ascii="Times New Roman" w:eastAsia="宋体" w:hAnsi="Times New Roman" w:cs="Times New Roman"/>
          <w:lang w:eastAsia="zh-CN"/>
        </w:rPr>
      </w:pPr>
    </w:p>
    <w:p w14:paraId="5D6A613C" w14:textId="1BB0437F" w:rsidR="002B4035" w:rsidRPr="002B4035" w:rsidRDefault="000D3CEF" w:rsidP="000D3CEF">
      <w:pPr>
        <w:spacing w:after="0"/>
        <w:rPr>
          <w:rFonts w:ascii="Times New Roman" w:eastAsia="宋体" w:hAnsi="Times New Roman" w:cs="Times New Roman"/>
          <w:szCs w:val="20"/>
          <w:lang w:eastAsia="zh-CN"/>
        </w:rPr>
      </w:pPr>
      <w:hyperlink r:id="rId14" w:history="1">
        <w:r w:rsidRPr="002B4035">
          <w:rPr>
            <w:rStyle w:val="affe"/>
            <w:rFonts w:ascii="Times New Roman" w:eastAsia="宋体" w:hAnsi="Times New Roman" w:cs="Times New Roman" w:hint="eastAsia"/>
            <w:b/>
            <w:bCs/>
            <w:szCs w:val="20"/>
            <w:lang w:eastAsia="zh-CN"/>
          </w:rPr>
          <w:t>GDUSA Awards</w:t>
        </w:r>
      </w:hyperlink>
      <w:r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 xml:space="preserve">            </w:t>
      </w:r>
      <w:r w:rsidRPr="00F205F2">
        <w:rPr>
          <w:rFonts w:ascii="Times New Roman" w:hAnsi="Times New Roman" w:cs="Times New Roman"/>
          <w:szCs w:val="20"/>
        </w:rPr>
        <w:t xml:space="preserve">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    </w:t>
      </w:r>
      <w:r w:rsidRPr="00F205F2">
        <w:rPr>
          <w:rFonts w:ascii="Times New Roman" w:hAnsi="Times New Roman" w:cs="Times New Roman"/>
          <w:szCs w:val="20"/>
        </w:rPr>
        <w:tab/>
        <w:t xml:space="preserve">    </w:t>
      </w:r>
      <w:r w:rsidRPr="00F205F2">
        <w:rPr>
          <w:rFonts w:ascii="Times New Roman" w:hAnsi="Times New Roman" w:cs="Times New Roman"/>
          <w:szCs w:val="20"/>
        </w:rPr>
        <w:tab/>
        <w:t xml:space="preserve">     </w:t>
      </w:r>
      <w:r w:rsidRPr="00F205F2">
        <w:rPr>
          <w:rFonts w:ascii="Times New Roman" w:hAnsi="Times New Roman" w:cs="Times New Roman"/>
          <w:szCs w:val="20"/>
        </w:rPr>
        <w:tab/>
        <w:t xml:space="preserve">                  </w:t>
      </w:r>
      <w:r w:rsidRPr="00F205F2">
        <w:rPr>
          <w:rFonts w:ascii="Times New Roman" w:hAnsi="Times New Roman" w:cs="Times New Roman"/>
          <w:szCs w:val="20"/>
        </w:rPr>
        <w:tab/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   </w:t>
      </w:r>
      <w:r w:rsidRPr="00F205F2">
        <w:rPr>
          <w:rFonts w:ascii="Times New Roman" w:hAnsi="Times New Roman" w:cs="Times New Roman"/>
          <w:szCs w:val="20"/>
        </w:rPr>
        <w:t xml:space="preserve">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             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                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       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        </w:t>
      </w:r>
      <w:r w:rsidR="00140875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  </w:t>
      </w:r>
      <w:r w:rsidR="002B4035">
        <w:rPr>
          <w:rFonts w:ascii="Times New Roman" w:eastAsia="宋体" w:hAnsi="Times New Roman" w:cs="Times New Roman" w:hint="eastAsia"/>
          <w:szCs w:val="20"/>
          <w:lang w:eastAsia="zh-CN"/>
        </w:rPr>
        <w:t xml:space="preserve">Dec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>202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>5</w:t>
      </w:r>
    </w:p>
    <w:p w14:paraId="6CD6C09C" w14:textId="3BE4D6D6" w:rsidR="002B4035" w:rsidRPr="002B4035" w:rsidRDefault="002B4035" w:rsidP="0052617F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hyperlink r:id="rId15" w:history="1">
        <w:r w:rsidRPr="00B935B4">
          <w:rPr>
            <w:rStyle w:val="affe"/>
            <w:rFonts w:ascii="Times New Roman" w:eastAsia="宋体" w:hAnsi="Times New Roman" w:cs="Times New Roman"/>
            <w:szCs w:val="20"/>
            <w:lang w:eastAsia="zh-CN"/>
          </w:rPr>
          <w:t>On the Spot</w:t>
        </w:r>
      </w:hyperlink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awarded in Website + UIUX Design</w:t>
      </w:r>
    </w:p>
    <w:p w14:paraId="5EDEF3DD" w14:textId="1587ED47" w:rsidR="002B4035" w:rsidRPr="007720CE" w:rsidRDefault="002B4035" w:rsidP="0052617F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hyperlink r:id="rId16" w:history="1">
        <w:r w:rsidRPr="001B4A41">
          <w:rPr>
            <w:rStyle w:val="affe"/>
            <w:rFonts w:ascii="Times New Roman" w:eastAsia="宋体" w:hAnsi="Times New Roman" w:cs="Times New Roman"/>
            <w:szCs w:val="20"/>
            <w:lang w:eastAsia="zh-CN"/>
          </w:rPr>
          <w:t>Maze Surface Pattern</w:t>
        </w:r>
      </w:hyperlink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awarded in Surface + Vehicle Graphics</w:t>
      </w:r>
    </w:p>
    <w:bookmarkEnd w:id="8"/>
    <w:p w14:paraId="550B7DC4" w14:textId="77777777" w:rsidR="000D3CEF" w:rsidRDefault="000D3CEF" w:rsidP="00F4258F">
      <w:pPr>
        <w:spacing w:after="0"/>
        <w:rPr>
          <w:rFonts w:ascii="Times New Roman" w:eastAsia="宋体" w:hAnsi="Times New Roman" w:cs="Times New Roman"/>
          <w:b/>
          <w:bCs/>
          <w:szCs w:val="20"/>
          <w:lang w:eastAsia="zh-CN"/>
        </w:rPr>
      </w:pPr>
    </w:p>
    <w:p w14:paraId="2FF4F343" w14:textId="27DAFFB1" w:rsidR="00F4258F" w:rsidRPr="00F205F2" w:rsidRDefault="00F4258F" w:rsidP="00F4258F">
      <w:pPr>
        <w:spacing w:after="0"/>
        <w:rPr>
          <w:rFonts w:ascii="Times New Roman" w:hAnsi="Times New Roman" w:cs="Times New Roman"/>
          <w:szCs w:val="20"/>
        </w:rPr>
      </w:pPr>
      <w:bookmarkStart w:id="11" w:name="OLE_LINK4"/>
      <w:r w:rsidRPr="00F205F2">
        <w:rPr>
          <w:rFonts w:ascii="Times New Roman" w:hAnsi="Times New Roman" w:cs="Times New Roman"/>
          <w:b/>
          <w:bCs/>
          <w:szCs w:val="20"/>
        </w:rPr>
        <w:t>Astek Inc Sponsorship</w:t>
      </w:r>
      <w:r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 xml:space="preserve"> at ICFF </w:t>
      </w:r>
      <w:r w:rsidRPr="00F205F2">
        <w:rPr>
          <w:rFonts w:ascii="Times New Roman" w:hAnsi="Times New Roman" w:cs="Times New Roman"/>
          <w:b/>
          <w:bCs/>
          <w:szCs w:val="20"/>
        </w:rPr>
        <w:t xml:space="preserve">| </w:t>
      </w:r>
      <w:r w:rsidRPr="00F205F2">
        <w:rPr>
          <w:rFonts w:ascii="Times New Roman" w:eastAsia="宋体" w:hAnsi="Times New Roman" w:cs="Times New Roman"/>
          <w:b/>
          <w:bCs/>
          <w:szCs w:val="20"/>
          <w:lang w:eastAsia="zh-CN"/>
        </w:rPr>
        <w:t>New York, USA</w:t>
      </w:r>
      <w:r w:rsidRPr="00F205F2">
        <w:rPr>
          <w:rFonts w:ascii="Times New Roman" w:hAnsi="Times New Roman" w:cs="Times New Roman"/>
          <w:szCs w:val="20"/>
        </w:rPr>
        <w:t xml:space="preserve"> 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    </w:t>
      </w:r>
      <w:r w:rsidRPr="00F205F2">
        <w:rPr>
          <w:rFonts w:ascii="Times New Roman" w:hAnsi="Times New Roman" w:cs="Times New Roman"/>
          <w:szCs w:val="20"/>
        </w:rPr>
        <w:tab/>
        <w:t xml:space="preserve">    </w:t>
      </w:r>
      <w:r w:rsidRPr="00F205F2">
        <w:rPr>
          <w:rFonts w:ascii="Times New Roman" w:hAnsi="Times New Roman" w:cs="Times New Roman"/>
          <w:szCs w:val="20"/>
        </w:rPr>
        <w:tab/>
        <w:t xml:space="preserve">     </w:t>
      </w:r>
      <w:r w:rsidRPr="00F205F2">
        <w:rPr>
          <w:rFonts w:ascii="Times New Roman" w:hAnsi="Times New Roman" w:cs="Times New Roman"/>
          <w:szCs w:val="20"/>
        </w:rPr>
        <w:tab/>
        <w:t xml:space="preserve">             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             </w:t>
      </w:r>
      <w:r w:rsidR="00F205F2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                  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   </w:t>
      </w:r>
      <w:r w:rsidR="00140875">
        <w:rPr>
          <w:rFonts w:ascii="Times New Roman" w:eastAsia="宋体" w:hAnsi="Times New Roman" w:cs="Times New Roman" w:hint="eastAsia"/>
          <w:szCs w:val="20"/>
          <w:lang w:eastAsia="zh-CN"/>
        </w:rPr>
        <w:t xml:space="preserve">     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      May 2023</w:t>
      </w:r>
    </w:p>
    <w:p w14:paraId="436B8B36" w14:textId="42C2DF11" w:rsidR="0007094B" w:rsidRPr="00F4258F" w:rsidRDefault="0007094B" w:rsidP="0052617F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bookmarkStart w:id="12" w:name="OLE_LINK5"/>
      <w:bookmarkStart w:id="13" w:name="OLE_LINK10"/>
      <w:r w:rsidRPr="00F4258F">
        <w:rPr>
          <w:rFonts w:ascii="Times New Roman" w:hAnsi="Times New Roman" w:cs="Times New Roman"/>
          <w:szCs w:val="20"/>
        </w:rPr>
        <w:t>Sele</w:t>
      </w:r>
      <w:bookmarkEnd w:id="11"/>
      <w:r w:rsidRPr="00F4258F">
        <w:rPr>
          <w:rFonts w:ascii="Times New Roman" w:hAnsi="Times New Roman" w:cs="Times New Roman"/>
          <w:szCs w:val="20"/>
        </w:rPr>
        <w:t>cted</w:t>
      </w:r>
      <w:bookmarkEnd w:id="12"/>
      <w:r w:rsidRPr="00F4258F">
        <w:rPr>
          <w:rFonts w:ascii="Times New Roman" w:hAnsi="Times New Roman" w:cs="Times New Roman"/>
          <w:szCs w:val="20"/>
        </w:rPr>
        <w:t xml:space="preserve"> by Astek Inc to design textiles and patterns for interior wall coverings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; sponsored and exhibited at </w:t>
      </w:r>
      <w:r w:rsidR="00AF0C8B">
        <w:rPr>
          <w:rFonts w:ascii="Times New Roman" w:eastAsia="宋体" w:hAnsi="Times New Roman" w:cs="Times New Roman" w:hint="eastAsia"/>
          <w:szCs w:val="20"/>
          <w:lang w:eastAsia="zh-CN"/>
        </w:rPr>
        <w:t>ICFF.</w:t>
      </w:r>
    </w:p>
    <w:p w14:paraId="1972DCC9" w14:textId="1B6C7268" w:rsidR="00F4258F" w:rsidRPr="00AF0C8B" w:rsidRDefault="00215CB4" w:rsidP="0052617F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hyperlink r:id="rId17" w:tgtFrame="_blank" w:history="1">
        <w:r>
          <w:rPr>
            <w:rStyle w:val="affe"/>
            <w:rFonts w:ascii="Times New Roman" w:eastAsia="宋体" w:hAnsi="Times New Roman" w:cs="Times New Roman" w:hint="eastAsia"/>
            <w:szCs w:val="20"/>
            <w:lang w:eastAsia="zh-CN"/>
          </w:rPr>
          <w:t>De</w:t>
        </w:r>
        <w:r w:rsidR="0007094B" w:rsidRPr="00F4258F">
          <w:rPr>
            <w:rStyle w:val="affe"/>
            <w:rFonts w:ascii="Times New Roman" w:hAnsi="Times New Roman" w:cs="Times New Roman"/>
            <w:szCs w:val="20"/>
          </w:rPr>
          <w:t>signs were</w:t>
        </w:r>
      </w:hyperlink>
      <w:r w:rsidR="0007094B">
        <w:rPr>
          <w:rFonts w:ascii="Times New Roman" w:eastAsia="宋体" w:hAnsi="Times New Roman" w:cs="Times New Roman" w:hint="eastAsia"/>
          <w:szCs w:val="20"/>
          <w:lang w:eastAsia="zh-CN"/>
        </w:rPr>
        <w:t xml:space="preserve"> recognized as</w:t>
      </w:r>
      <w:r w:rsidR="0007094B" w:rsidRPr="00F4258F">
        <w:rPr>
          <w:rFonts w:ascii="Times New Roman" w:hAnsi="Times New Roman" w:cs="Times New Roman"/>
          <w:szCs w:val="20"/>
        </w:rPr>
        <w:t xml:space="preserve"> Global Luminaries </w:t>
      </w:r>
      <w:r w:rsidR="0007094B">
        <w:rPr>
          <w:rFonts w:ascii="Times New Roman" w:eastAsia="宋体" w:hAnsi="Times New Roman" w:cs="Times New Roman" w:hint="eastAsia"/>
          <w:szCs w:val="20"/>
          <w:lang w:eastAsia="zh-CN"/>
        </w:rPr>
        <w:t>&amp;</w:t>
      </w:r>
      <w:r w:rsidR="0007094B" w:rsidRPr="00F4258F">
        <w:rPr>
          <w:rFonts w:ascii="Times New Roman" w:hAnsi="Times New Roman" w:cs="Times New Roman"/>
          <w:szCs w:val="20"/>
        </w:rPr>
        <w:t xml:space="preserve"> Unexpected Talents by the </w:t>
      </w:r>
      <w:hyperlink r:id="rId18" w:tgtFrame="_blank" w:history="1">
        <w:r w:rsidR="0007094B" w:rsidRPr="00F4258F">
          <w:rPr>
            <w:rStyle w:val="affe"/>
            <w:rFonts w:ascii="Times New Roman" w:hAnsi="Times New Roman" w:cs="Times New Roman"/>
            <w:szCs w:val="20"/>
          </w:rPr>
          <w:t>Sixtysix Magazine</w:t>
        </w:r>
      </w:hyperlink>
      <w:bookmarkEnd w:id="13"/>
      <w:r w:rsidR="00E95ED2">
        <w:rPr>
          <w:rFonts w:ascii="宋体" w:eastAsia="宋体" w:hAnsi="宋体" w:hint="eastAsia"/>
          <w:lang w:eastAsia="zh-CN"/>
        </w:rPr>
        <w:t>.</w:t>
      </w:r>
    </w:p>
    <w:p w14:paraId="3B3CB9FC" w14:textId="77777777" w:rsidR="00AF0C8B" w:rsidRDefault="00AF0C8B" w:rsidP="00AF0C8B">
      <w:pPr>
        <w:spacing w:after="0"/>
        <w:rPr>
          <w:rFonts w:eastAsia="宋体"/>
          <w:lang w:eastAsia="zh-CN"/>
        </w:rPr>
      </w:pPr>
    </w:p>
    <w:p w14:paraId="79EB514D" w14:textId="715667E0" w:rsidR="005640C5" w:rsidRPr="00F205F2" w:rsidRDefault="005640C5" w:rsidP="005640C5">
      <w:pPr>
        <w:spacing w:after="0"/>
        <w:rPr>
          <w:rFonts w:ascii="Times New Roman" w:eastAsia="宋体" w:hAnsi="Times New Roman" w:cs="Times New Roman"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  <w:lang w:eastAsia="zh-CN"/>
        </w:rPr>
        <w:t>SKILLS</w:t>
      </w:r>
    </w:p>
    <w:p w14:paraId="320C8114" w14:textId="26A410D5" w:rsidR="005640C5" w:rsidRPr="005640C5" w:rsidRDefault="005640C5" w:rsidP="005640C5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</w:pPr>
      <w:r w:rsidRPr="005640C5">
        <w:rPr>
          <w:b/>
          <w:bCs/>
        </w:rPr>
        <w:t>Tools:</w:t>
      </w:r>
      <w:r w:rsidRPr="005640C5">
        <w:t xml:space="preserve"> Adobe Suite, Figma, SolidWorks, Blender, Keyshot, zBrush, </w:t>
      </w:r>
      <w:r w:rsidR="003E074A">
        <w:rPr>
          <w:rFonts w:eastAsia="宋体" w:hint="eastAsia"/>
          <w:lang w:eastAsia="zh-CN"/>
        </w:rPr>
        <w:t xml:space="preserve">strategic </w:t>
      </w:r>
      <w:r w:rsidRPr="005640C5">
        <w:t>use of AI tools for rapid prototyping, user sentiment synthesis, and workflow automation</w:t>
      </w:r>
    </w:p>
    <w:p w14:paraId="7782B3B3" w14:textId="61635452" w:rsidR="005640C5" w:rsidRPr="005640C5" w:rsidRDefault="005640C5" w:rsidP="005640C5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 w:rsidRPr="00B369E4">
        <w:rPr>
          <w:rFonts w:ascii="Times New Roman" w:eastAsia="宋体" w:hAnsi="Times New Roman" w:cs="Times New Roman" w:hint="eastAsia"/>
          <w:b/>
          <w:bCs/>
          <w:szCs w:val="20"/>
          <w:lang w:eastAsia="zh-CN"/>
        </w:rPr>
        <w:t>Skills: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 xml:space="preserve"> </w:t>
      </w:r>
      <w:r w:rsidR="0045736D">
        <w:rPr>
          <w:rFonts w:ascii="Times New Roman" w:eastAsia="宋体" w:hAnsi="Times New Roman" w:cs="Times New Roman" w:hint="eastAsia"/>
          <w:szCs w:val="20"/>
          <w:lang w:eastAsia="zh-CN"/>
        </w:rPr>
        <w:t>Model-making, textile/pattern design, user application research, i</w:t>
      </w:r>
      <w:r>
        <w:rPr>
          <w:rFonts w:ascii="Times New Roman" w:eastAsia="宋体" w:hAnsi="Times New Roman" w:cs="Times New Roman" w:hint="eastAsia"/>
          <w:szCs w:val="20"/>
          <w:lang w:eastAsia="zh-CN"/>
        </w:rPr>
        <w:t>n-depth interviews, affinity mapping, research readouts</w:t>
      </w:r>
    </w:p>
    <w:p w14:paraId="648D5410" w14:textId="1B287AB5" w:rsidR="00AF0C8B" w:rsidRPr="005640C5" w:rsidRDefault="005640C5" w:rsidP="005640C5">
      <w:pPr>
        <w:numPr>
          <w:ilvl w:val="0"/>
          <w:numId w:val="1"/>
        </w:numPr>
        <w:tabs>
          <w:tab w:val="clear" w:pos="360"/>
          <w:tab w:val="num" w:pos="2360"/>
        </w:tabs>
        <w:spacing w:after="0"/>
        <w:ind w:leftChars="100" w:left="560"/>
        <w:rPr>
          <w:rFonts w:ascii="Times New Roman" w:hAnsi="Times New Roman" w:cs="Times New Roman"/>
          <w:szCs w:val="20"/>
        </w:rPr>
      </w:pPr>
      <w:r w:rsidRPr="00B369E4">
        <w:rPr>
          <w:rFonts w:ascii="Times New Roman" w:eastAsia="宋体" w:hAnsi="Times New Roman" w:cs="Times New Roman"/>
          <w:b/>
          <w:bCs/>
          <w:szCs w:val="20"/>
          <w:lang w:eastAsia="zh-CN"/>
        </w:rPr>
        <w:t>Languages: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 xml:space="preserve"> Fluent in English, Mandarin, </w:t>
      </w:r>
      <w:r w:rsidR="00062235">
        <w:rPr>
          <w:rFonts w:ascii="Times New Roman" w:eastAsia="宋体" w:hAnsi="Times New Roman" w:cs="Times New Roman" w:hint="eastAsia"/>
          <w:szCs w:val="20"/>
          <w:lang w:eastAsia="zh-CN"/>
        </w:rPr>
        <w:t xml:space="preserve">and </w:t>
      </w:r>
      <w:r w:rsidRPr="00F205F2">
        <w:rPr>
          <w:rFonts w:ascii="Times New Roman" w:eastAsia="宋体" w:hAnsi="Times New Roman" w:cs="Times New Roman"/>
          <w:szCs w:val="20"/>
          <w:lang w:eastAsia="zh-CN"/>
        </w:rPr>
        <w:t>Shanghai Dialect</w:t>
      </w:r>
    </w:p>
    <w:sectPr w:rsidR="00AF0C8B" w:rsidRPr="005640C5" w:rsidSect="005640C5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F55C2" w14:textId="77777777" w:rsidR="00702EE4" w:rsidRDefault="00702EE4" w:rsidP="0082152B">
      <w:pPr>
        <w:spacing w:after="0" w:line="240" w:lineRule="auto"/>
      </w:pPr>
      <w:r>
        <w:separator/>
      </w:r>
    </w:p>
  </w:endnote>
  <w:endnote w:type="continuationSeparator" w:id="0">
    <w:p w14:paraId="0DBABEDB" w14:textId="77777777" w:rsidR="00702EE4" w:rsidRDefault="00702EE4" w:rsidP="00821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798A8" w14:textId="77777777" w:rsidR="00702EE4" w:rsidRDefault="00702EE4" w:rsidP="0082152B">
      <w:pPr>
        <w:spacing w:after="0" w:line="240" w:lineRule="auto"/>
      </w:pPr>
      <w:r>
        <w:separator/>
      </w:r>
    </w:p>
  </w:footnote>
  <w:footnote w:type="continuationSeparator" w:id="0">
    <w:p w14:paraId="7D14BC6A" w14:textId="77777777" w:rsidR="00702EE4" w:rsidRDefault="00702EE4" w:rsidP="00821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540F2"/>
    <w:multiLevelType w:val="multilevel"/>
    <w:tmpl w:val="937C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69693F"/>
    <w:multiLevelType w:val="multilevel"/>
    <w:tmpl w:val="C5AAA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EF55FC"/>
    <w:multiLevelType w:val="multilevel"/>
    <w:tmpl w:val="C9A4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C61F83"/>
    <w:multiLevelType w:val="multilevel"/>
    <w:tmpl w:val="26CA9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8D05D0"/>
    <w:multiLevelType w:val="hybridMultilevel"/>
    <w:tmpl w:val="685C15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F20908"/>
    <w:multiLevelType w:val="multilevel"/>
    <w:tmpl w:val="6BB0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7C519A"/>
    <w:multiLevelType w:val="multilevel"/>
    <w:tmpl w:val="A650D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703056"/>
    <w:multiLevelType w:val="multilevel"/>
    <w:tmpl w:val="07A6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F016A1"/>
    <w:multiLevelType w:val="multilevel"/>
    <w:tmpl w:val="A5CA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8969433">
    <w:abstractNumId w:val="8"/>
  </w:num>
  <w:num w:numId="2" w16cid:durableId="1929462348">
    <w:abstractNumId w:val="6"/>
  </w:num>
  <w:num w:numId="3" w16cid:durableId="2038653861">
    <w:abstractNumId w:val="5"/>
  </w:num>
  <w:num w:numId="4" w16cid:durableId="2039500425">
    <w:abstractNumId w:val="4"/>
  </w:num>
  <w:num w:numId="5" w16cid:durableId="209191515">
    <w:abstractNumId w:val="7"/>
  </w:num>
  <w:num w:numId="6" w16cid:durableId="1091896275">
    <w:abstractNumId w:val="3"/>
  </w:num>
  <w:num w:numId="7" w16cid:durableId="1548226407">
    <w:abstractNumId w:val="2"/>
  </w:num>
  <w:num w:numId="8" w16cid:durableId="2101565884">
    <w:abstractNumId w:val="1"/>
  </w:num>
  <w:num w:numId="9" w16cid:durableId="1855726843">
    <w:abstractNumId w:val="0"/>
  </w:num>
  <w:num w:numId="10" w16cid:durableId="1822648721">
    <w:abstractNumId w:val="13"/>
  </w:num>
  <w:num w:numId="11" w16cid:durableId="1313943921">
    <w:abstractNumId w:val="17"/>
  </w:num>
  <w:num w:numId="12" w16cid:durableId="1587422586">
    <w:abstractNumId w:val="16"/>
  </w:num>
  <w:num w:numId="13" w16cid:durableId="145900561">
    <w:abstractNumId w:val="9"/>
  </w:num>
  <w:num w:numId="14" w16cid:durableId="1820031771">
    <w:abstractNumId w:val="15"/>
  </w:num>
  <w:num w:numId="15" w16cid:durableId="409430523">
    <w:abstractNumId w:val="12"/>
  </w:num>
  <w:num w:numId="16" w16cid:durableId="1107191283">
    <w:abstractNumId w:val="11"/>
  </w:num>
  <w:num w:numId="17" w16cid:durableId="1536383170">
    <w:abstractNumId w:val="10"/>
  </w:num>
  <w:num w:numId="18" w16cid:durableId="7626534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235"/>
    <w:rsid w:val="00062512"/>
    <w:rsid w:val="0007094B"/>
    <w:rsid w:val="00083A69"/>
    <w:rsid w:val="000A6807"/>
    <w:rsid w:val="000B2E11"/>
    <w:rsid w:val="000D3CEF"/>
    <w:rsid w:val="00111C5F"/>
    <w:rsid w:val="00140875"/>
    <w:rsid w:val="00147D9E"/>
    <w:rsid w:val="0015074B"/>
    <w:rsid w:val="001632AE"/>
    <w:rsid w:val="00170053"/>
    <w:rsid w:val="00173F30"/>
    <w:rsid w:val="00174B35"/>
    <w:rsid w:val="0019090B"/>
    <w:rsid w:val="001B4A41"/>
    <w:rsid w:val="001D6A9D"/>
    <w:rsid w:val="00206277"/>
    <w:rsid w:val="00215CB4"/>
    <w:rsid w:val="00226DA2"/>
    <w:rsid w:val="002324EF"/>
    <w:rsid w:val="002664E2"/>
    <w:rsid w:val="002679D2"/>
    <w:rsid w:val="00273569"/>
    <w:rsid w:val="0029639D"/>
    <w:rsid w:val="002B4035"/>
    <w:rsid w:val="002D20E0"/>
    <w:rsid w:val="002D55B9"/>
    <w:rsid w:val="002F4078"/>
    <w:rsid w:val="00311765"/>
    <w:rsid w:val="00326F90"/>
    <w:rsid w:val="00327BEA"/>
    <w:rsid w:val="00331FA0"/>
    <w:rsid w:val="00332763"/>
    <w:rsid w:val="00342714"/>
    <w:rsid w:val="003559AE"/>
    <w:rsid w:val="003640F0"/>
    <w:rsid w:val="0039070B"/>
    <w:rsid w:val="00396604"/>
    <w:rsid w:val="003B1F9F"/>
    <w:rsid w:val="003B344E"/>
    <w:rsid w:val="003E074A"/>
    <w:rsid w:val="003F19DE"/>
    <w:rsid w:val="003F27CE"/>
    <w:rsid w:val="00404E1E"/>
    <w:rsid w:val="00407F00"/>
    <w:rsid w:val="00422361"/>
    <w:rsid w:val="00422E30"/>
    <w:rsid w:val="004451BA"/>
    <w:rsid w:val="00450E2E"/>
    <w:rsid w:val="00456292"/>
    <w:rsid w:val="00456A2F"/>
    <w:rsid w:val="0045736D"/>
    <w:rsid w:val="00481DAA"/>
    <w:rsid w:val="004929DD"/>
    <w:rsid w:val="00494D5E"/>
    <w:rsid w:val="004D248C"/>
    <w:rsid w:val="00513CF4"/>
    <w:rsid w:val="0052617F"/>
    <w:rsid w:val="005360BF"/>
    <w:rsid w:val="00554193"/>
    <w:rsid w:val="005568AB"/>
    <w:rsid w:val="005640C5"/>
    <w:rsid w:val="005C27AC"/>
    <w:rsid w:val="005C67C4"/>
    <w:rsid w:val="005D3510"/>
    <w:rsid w:val="005D3D2E"/>
    <w:rsid w:val="005E66C7"/>
    <w:rsid w:val="005F5090"/>
    <w:rsid w:val="005F6D04"/>
    <w:rsid w:val="005F7EE1"/>
    <w:rsid w:val="006174D0"/>
    <w:rsid w:val="00646396"/>
    <w:rsid w:val="0067525A"/>
    <w:rsid w:val="006867FC"/>
    <w:rsid w:val="00687A53"/>
    <w:rsid w:val="006A2BF0"/>
    <w:rsid w:val="00702EE4"/>
    <w:rsid w:val="007264F7"/>
    <w:rsid w:val="007265E3"/>
    <w:rsid w:val="0073795D"/>
    <w:rsid w:val="00737FC4"/>
    <w:rsid w:val="007577FB"/>
    <w:rsid w:val="007720CE"/>
    <w:rsid w:val="00777237"/>
    <w:rsid w:val="007A25ED"/>
    <w:rsid w:val="007A5766"/>
    <w:rsid w:val="007A5F68"/>
    <w:rsid w:val="007D6B70"/>
    <w:rsid w:val="0082152B"/>
    <w:rsid w:val="008669D2"/>
    <w:rsid w:val="008847AE"/>
    <w:rsid w:val="00897168"/>
    <w:rsid w:val="008A6C10"/>
    <w:rsid w:val="00931200"/>
    <w:rsid w:val="0094518A"/>
    <w:rsid w:val="0096246B"/>
    <w:rsid w:val="009823F5"/>
    <w:rsid w:val="009A7199"/>
    <w:rsid w:val="009B4D70"/>
    <w:rsid w:val="00A23BF7"/>
    <w:rsid w:val="00A654EA"/>
    <w:rsid w:val="00A84A37"/>
    <w:rsid w:val="00AA1D8D"/>
    <w:rsid w:val="00AC2B92"/>
    <w:rsid w:val="00AF0C8B"/>
    <w:rsid w:val="00B305E4"/>
    <w:rsid w:val="00B369E4"/>
    <w:rsid w:val="00B47730"/>
    <w:rsid w:val="00B5738C"/>
    <w:rsid w:val="00B75F07"/>
    <w:rsid w:val="00B935B4"/>
    <w:rsid w:val="00BA3B14"/>
    <w:rsid w:val="00BA5D0D"/>
    <w:rsid w:val="00BB2EC8"/>
    <w:rsid w:val="00BC265F"/>
    <w:rsid w:val="00BC3E65"/>
    <w:rsid w:val="00C207C9"/>
    <w:rsid w:val="00C32F77"/>
    <w:rsid w:val="00C40D14"/>
    <w:rsid w:val="00C54DA3"/>
    <w:rsid w:val="00C56C32"/>
    <w:rsid w:val="00C677B9"/>
    <w:rsid w:val="00CB0664"/>
    <w:rsid w:val="00CB5C4F"/>
    <w:rsid w:val="00D22101"/>
    <w:rsid w:val="00D66DB5"/>
    <w:rsid w:val="00D76449"/>
    <w:rsid w:val="00D91B02"/>
    <w:rsid w:val="00DC2944"/>
    <w:rsid w:val="00DE5C10"/>
    <w:rsid w:val="00E54DEA"/>
    <w:rsid w:val="00E62A12"/>
    <w:rsid w:val="00E836A4"/>
    <w:rsid w:val="00E93EBC"/>
    <w:rsid w:val="00E95ED2"/>
    <w:rsid w:val="00EC7441"/>
    <w:rsid w:val="00F205F2"/>
    <w:rsid w:val="00F4258F"/>
    <w:rsid w:val="00F6160C"/>
    <w:rsid w:val="00F63573"/>
    <w:rsid w:val="00F77433"/>
    <w:rsid w:val="00F86F00"/>
    <w:rsid w:val="00FC693F"/>
    <w:rsid w:val="00FD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6E9AE1"/>
  <w14:defaultImageDpi w14:val="300"/>
  <w15:docId w15:val="{A92D4328-5935-4034-98D1-731A05D2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annotation reference"/>
    <w:basedOn w:val="a2"/>
    <w:uiPriority w:val="99"/>
    <w:semiHidden/>
    <w:unhideWhenUsed/>
    <w:rsid w:val="002664E2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2664E2"/>
    <w:pPr>
      <w:spacing w:line="240" w:lineRule="auto"/>
    </w:pPr>
    <w:rPr>
      <w:szCs w:val="20"/>
    </w:rPr>
  </w:style>
  <w:style w:type="character" w:customStyle="1" w:styleId="affb">
    <w:name w:val="批注文字 字符"/>
    <w:basedOn w:val="a2"/>
    <w:link w:val="affa"/>
    <w:uiPriority w:val="99"/>
    <w:semiHidden/>
    <w:rsid w:val="002664E2"/>
    <w:rPr>
      <w:rFonts w:ascii="Calibri" w:hAnsi="Calibri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2664E2"/>
    <w:rPr>
      <w:b/>
      <w:bCs/>
    </w:rPr>
  </w:style>
  <w:style w:type="character" w:customStyle="1" w:styleId="affd">
    <w:name w:val="批注主题 字符"/>
    <w:basedOn w:val="affb"/>
    <w:link w:val="affc"/>
    <w:uiPriority w:val="99"/>
    <w:semiHidden/>
    <w:rsid w:val="002664E2"/>
    <w:rPr>
      <w:rFonts w:ascii="Calibri" w:hAnsi="Calibri"/>
      <w:b/>
      <w:bCs/>
      <w:sz w:val="20"/>
      <w:szCs w:val="20"/>
    </w:rPr>
  </w:style>
  <w:style w:type="character" w:styleId="affe">
    <w:name w:val="Hyperlink"/>
    <w:basedOn w:val="a2"/>
    <w:uiPriority w:val="99"/>
    <w:unhideWhenUsed/>
    <w:rsid w:val="002324EF"/>
    <w:rPr>
      <w:color w:val="0000FF" w:themeColor="hyperlink"/>
      <w:u w:val="single"/>
    </w:rPr>
  </w:style>
  <w:style w:type="character" w:styleId="afff">
    <w:name w:val="Unresolved Mention"/>
    <w:basedOn w:val="a2"/>
    <w:uiPriority w:val="99"/>
    <w:semiHidden/>
    <w:unhideWhenUsed/>
    <w:rsid w:val="002324EF"/>
    <w:rPr>
      <w:color w:val="605E5C"/>
      <w:shd w:val="clear" w:color="auto" w:fill="E1DFDD"/>
    </w:rPr>
  </w:style>
  <w:style w:type="character" w:styleId="afff0">
    <w:name w:val="FollowedHyperlink"/>
    <w:basedOn w:val="a2"/>
    <w:uiPriority w:val="99"/>
    <w:semiHidden/>
    <w:unhideWhenUsed/>
    <w:rsid w:val="005541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signbaimichelle.com/" TargetMode="External"/><Relationship Id="rId13" Type="http://schemas.openxmlformats.org/officeDocument/2006/relationships/hyperlink" Target="http://dna.paris/social/zoom.php?eid=71-95846-26" TargetMode="External"/><Relationship Id="rId18" Type="http://schemas.openxmlformats.org/officeDocument/2006/relationships/hyperlink" Target="https://sixtysixmag.com/artcenter-aste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esignbaimichelle.com/works/halo" TargetMode="External"/><Relationship Id="rId17" Type="http://schemas.openxmlformats.org/officeDocument/2006/relationships/hyperlink" Target="https://www.designbaimichelle.com/pattern-boo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esignbaimichelle.com/pattern-boo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esignbaimichelle.com/on-the-spo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esignbaimichelle.com/on-the-spot" TargetMode="External"/><Relationship Id="rId10" Type="http://schemas.openxmlformats.org/officeDocument/2006/relationships/hyperlink" Target="https://www.designbaimichelle.com/eco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inkedin.com/in/zi-yue-bai-281004184/" TargetMode="External"/><Relationship Id="rId14" Type="http://schemas.openxmlformats.org/officeDocument/2006/relationships/hyperlink" Target="https://gdusa.com/gdusa-december-2025-digital-magaz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15027</TotalTime>
  <Pages>2</Pages>
  <Words>809</Words>
  <Characters>5118</Characters>
  <Application>Microsoft Office Word</Application>
  <DocSecurity>0</DocSecurity>
  <Lines>94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Michelle Bai</cp:lastModifiedBy>
  <cp:revision>29</cp:revision>
  <cp:lastPrinted>2026-09-13T01:22:00Z</cp:lastPrinted>
  <dcterms:created xsi:type="dcterms:W3CDTF">2025-07-01T22:44:00Z</dcterms:created>
  <dcterms:modified xsi:type="dcterms:W3CDTF">2026-10-14T15:22:00Z</dcterms:modified>
  <cp:category/>
</cp:coreProperties>
</file>